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GameStop's bold bid to acquire eBay signals a disruptive shift in retail consolidation</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t>GameStop has stunned markets by proposing a takeover of eBay in a deal it values at $125 a share, a mix of cash and stock that would give the online marketplace a theoretical equity value of about $55.5 billion. The offer, announced by the videogame retailer as a non-binding proposal, would hand eBay shareholders the right to choose between cash and GameStop stock, with the company saying the bid represents a sizeable premium to eBay’s share price before GameStop began building its stake in February. According to GameStop, it has accumulated a 5% economic interest in eBay through a combination of derivatives and share ownership.</w:t>
      </w:r>
      <w:r/>
    </w:p>
    <w:p>
      <w:r/>
      <w:r>
        <w:t>The financing plan appears ambitious but not implausible for a company that says it held about $9.4 billion in cash and liquid investments at the end of January. GameStop also said it has received a highly confident letter from TD Securities for up to $20 billion of acquisition financing. Even so, the transaction would still need to clear the usual hurdles, including negotiations over a definitive agreement, regulatory approval and shareholder backing.</w:t>
      </w:r>
      <w:r/>
    </w:p>
    <w:p>
      <w:r/>
      <w:r>
        <w:t>The company is pitching the deal as a cost-cutting and operational overhaul. It says it could extract $2 billion in annualised savings within a year of completion, with the bulk coming from lower sales and marketing spending, followed by reductions in product development and overhead. GameStop argues that eBay’s scale and brand recognition mean extra marketing spend has delivered limited user growth, while its own store network could be repurposed as a national footprint for authentication, intake, fulfilment and live commerce.</w:t>
      </w:r>
      <w:r/>
    </w:p>
    <w:p>
      <w:r/>
      <w:r>
        <w:t>The proposal also doubles as a further vote of confidence in Ryan Cohen, who would become chief executive of the combined company if the deal goes through. GameStop says Cohen’s tenure has already brought the retailer back to profit, after a sizeable loss in fiscal 2021, while also shrinking overhead and removing legacy debt. Reuters has previously reported that Cohen has been seeking a transformative acquisition, and PC Gamer noted that the move comes against a stark backdrop: GameStop remains far smaller than eBay in revenue, making the bid one of the boldest corporate gambits in the company’s recent history.</w:t>
      </w:r>
      <w:r/>
    </w:p>
    <w:p>
      <w:pPr>
        <w:pStyle w:val="Heading3"/>
      </w:pPr>
      <w:r>
        <w:t>Source Reference Map</w:t>
      </w:r>
      <w:r/>
    </w:p>
    <w:p>
      <w:r/>
      <w:r>
        <w:rPr>
          <w:b/>
        </w:rPr>
        <w:t>Inspired by headline at:</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[2]</w:t>
        </w:r>
      </w:hyperlink>
      <w:r>
        <w:t xml:space="preserve">, </w:t>
      </w:r>
      <w:hyperlink r:id="rId11">
        <w:r>
          <w:rPr>
            <w:color w:val="0000EE"/>
            <w:u w:val="single"/>
          </w:rPr>
          <w:t>[4]</w:t>
        </w:r>
      </w:hyperlink>
      <w:r>
        <w:t xml:space="preserve">, </w:t>
      </w:r>
      <w:hyperlink r:id="rId12">
        <w:r>
          <w:rPr>
            <w:color w:val="0000EE"/>
            <w:u w:val="single"/>
          </w:rPr>
          <w:t>[5]</w:t>
        </w:r>
      </w:hyperlink>
      <w:r>
        <w:t xml:space="preserve">- Paragraph 2: </w:t>
      </w:r>
      <w:hyperlink r:id="rId10">
        <w:r>
          <w:rPr>
            <w:color w:val="0000EE"/>
            <w:u w:val="single"/>
          </w:rPr>
          <w:t>[2]</w:t>
        </w:r>
      </w:hyperlink>
      <w:r>
        <w:t xml:space="preserve">, </w:t>
      </w:r>
      <w:hyperlink r:id="rId11">
        <w:r>
          <w:rPr>
            <w:color w:val="0000EE"/>
            <w:u w:val="single"/>
          </w:rPr>
          <w:t>[4]</w:t>
        </w:r>
      </w:hyperlink>
      <w:r>
        <w:t xml:space="preserve">- Paragraph 3: </w:t>
      </w:r>
      <w:hyperlink r:id="rId10">
        <w:r>
          <w:rPr>
            <w:color w:val="0000EE"/>
            <w:u w:val="single"/>
          </w:rPr>
          <w:t>[2]</w:t>
        </w:r>
      </w:hyperlink>
      <w:r>
        <w:t xml:space="preserve">, </w:t>
      </w:r>
      <w:hyperlink r:id="rId11">
        <w:r>
          <w:rPr>
            <w:color w:val="0000EE"/>
            <w:u w:val="single"/>
          </w:rPr>
          <w:t>[4]</w:t>
        </w:r>
      </w:hyperlink>
      <w:r>
        <w:t xml:space="preserve">, </w:t>
      </w:r>
      <w:hyperlink r:id="rId12">
        <w:r>
          <w:rPr>
            <w:color w:val="0000EE"/>
            <w:u w:val="single"/>
          </w:rPr>
          <w:t>[5]</w:t>
        </w:r>
      </w:hyperlink>
      <w:r>
        <w:t xml:space="preserve">- Paragraph 4: </w:t>
      </w:r>
      <w:hyperlink r:id="rId10">
        <w:r>
          <w:rPr>
            <w:color w:val="0000EE"/>
            <w:u w:val="single"/>
          </w:rPr>
          <w:t>[2]</w:t>
        </w:r>
      </w:hyperlink>
      <w:r>
        <w:t xml:space="preserve">, </w:t>
      </w:r>
      <w:hyperlink r:id="rId13">
        <w:r>
          <w:rPr>
            <w:color w:val="0000EE"/>
            <w:u w:val="single"/>
          </w:rPr>
          <w:t>[3]</w:t>
        </w:r>
      </w:hyperlink>
      <w:r/>
    </w:p>
    <w:p>
      <w:r/>
      <w:r>
        <w:t xml:space="preserve">Source: </w:t>
      </w:r>
      <w:hyperlink r:id="rId14">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https://aijourn.com/gamestop-proposes-to-acquire-ebay-at-125-00-per-share-3/</w:t>
        </w:r>
      </w:hyperlink>
      <w:r>
        <w:t xml:space="preserve"> - Please view link - unable to able to access data</w:t>
      </w:r>
      <w:r/>
    </w:p>
    <w:p>
      <w:pPr>
        <w:pStyle w:val="ListNumber"/>
        <w:spacing w:line="240" w:lineRule="auto"/>
        <w:ind w:left="720"/>
      </w:pPr>
      <w:r/>
      <w:hyperlink r:id="rId10">
        <w:r>
          <w:rPr>
            <w:color w:val="0000EE"/>
            <w:u w:val="single"/>
          </w:rPr>
          <w:t>https://investor.gamestop.com/news-releases/news-details/2026/GameStop-Proposes-to-Acquire-eBay-at-125-00-Per-Share/default.aspx</w:t>
        </w:r>
      </w:hyperlink>
      <w:r>
        <w:t xml:space="preserve"> - GameStop Corp. has submitted a non-binding proposal to acquire 100% of eBay Inc. at $125.00 per share in cash and stock. This offer represents a 46% premium over eBay's closing price on February 4, 2026. GameStop has accumulated a 5% economic stake in eBay through derivatives and beneficial ownership of common stock. The proposed offer comprises 50% cash and 50% GameStop common stock, with full shareholder election rights regarding consideration type. The transaction is subject to customary closing conditions and is expected to be funded through a combination of GameStop's cash and liquid investments, totaling approximately $9.4 billion as of January 31, 2026, and third-party acquisition financing, for which GameStop has received a highly confident letter from TD Securities for up to $20 billion. The full proposal letter and accompanying materials are available at investor.gamestop.com/ebay.</w:t>
      </w:r>
      <w:r/>
    </w:p>
    <w:p>
      <w:pPr>
        <w:pStyle w:val="ListNumber"/>
        <w:spacing w:line="240" w:lineRule="auto"/>
        <w:ind w:left="720"/>
      </w:pPr>
      <w:r/>
      <w:hyperlink r:id="rId13">
        <w:r>
          <w:rPr>
            <w:color w:val="0000EE"/>
            <w:u w:val="single"/>
          </w:rPr>
          <w:t>https://www.pcgamer.com/gaming-industry/gamestop-reportedly-wants-to-buy-ebay-a-marketplace-with-four-times-its-market-value/</w:t>
        </w:r>
      </w:hyperlink>
      <w:r>
        <w:t xml:space="preserve"> - GameStop, under CEO Ryan Cohen, is reportedly planning a bold move to acquire eBay, a company more than four times its market value. This information originates from a Wall Street Journal report citing unnamed sources. Cohen has previously hinted at ambitions to acquire a large company as part of a high-risk strategy to transform GameStop into a '$100-billion plus juggernaut.' While GameStop saw $3.6 billion in net sales in 2025 and posted an operating income of $232.1 million, eBay's 2025 revenue reached $11.1 billion, highlighting the disparity in scale. GameStop has faced significant turmoil including store closures and controversial marketing efforts, such as 'Trade Anything Day' and divisive social media activity. The exact nature of the acquisition offer remains unknown, and it is unclear how this aligns with Cohen's broader vision for the company's future.</w:t>
      </w:r>
      <w:r/>
    </w:p>
    <w:p>
      <w:pPr>
        <w:pStyle w:val="ListNumber"/>
        <w:spacing w:line="240" w:lineRule="auto"/>
        <w:ind w:left="720"/>
      </w:pPr>
      <w:r/>
      <w:hyperlink r:id="rId11">
        <w:r>
          <w:rPr>
            <w:color w:val="0000EE"/>
            <w:u w:val="single"/>
          </w:rPr>
          <w:t>https://www.investing.com/news/company-news/gamestop-proposes-to-acquire-ebay-for-125-per-share-93CH-4654930</w:t>
        </w:r>
      </w:hyperlink>
      <w:r>
        <w:t xml:space="preserve"> - GameStop Corp. has submitted a non-binding proposal to acquire eBay Inc. for $125.00 per share in a combination of cash and stock. The offer represents a 46% premium over eBay's closing price on February 4, 2026, when GameStop began accumulating its position in eBay. GameStop has built a 5% economic stake in eBay through derivatives and beneficial ownership of common stock. The proposed offer comprises 50% cash and 50% GameStop common stock, with shareholders having full election rights regarding consideration type. The transaction is subject to customary closing conditions and is expected to be funded through a combination of GameStop's cash and liquid investments, totaling approximately $9.4 billion as of January 31, 2026, and third-party acquisition financing, for which GameStop has received a highly confident letter from TD Securities for up to $20 billion.</w:t>
      </w:r>
      <w:r/>
    </w:p>
    <w:p>
      <w:pPr>
        <w:pStyle w:val="ListNumber"/>
        <w:spacing w:line="240" w:lineRule="auto"/>
        <w:ind w:left="720"/>
      </w:pPr>
      <w:r/>
      <w:hyperlink r:id="rId12">
        <w:r>
          <w:rPr>
            <w:color w:val="0000EE"/>
            <w:u w:val="single"/>
          </w:rPr>
          <w:t>https://marketchameleon.com/PressReleases/i/2297080/GME/gamestop-proposes-to-acquire-ebay-at-12500</w:t>
        </w:r>
      </w:hyperlink>
      <w:r>
        <w:t xml:space="preserve"> - GameStop Corp. has submitted a non-binding proposal to acquire 100% of eBay Inc. at $125.00 per share in cash and stock. The offer represents a 46% premium over eBay's closing price on February 4, 2026, the day GameStop started accumulating its position in eBay. GameStop has built a 5% economic stake in eBay through derivatives and beneficial ownership of common stock. The proposed offer comprises 50% cash and 50% GameStop common stock, with full shareholder election rights regarding consideration type. The transaction is subject to customary closing conditions and is expected to be funded through a combination of GameStop's cash and liquid investments, totaling approximately $9.4 billion as of January 31, 2026, and third-party acquisition financing, for which GameStop has received a highly confident letter from TD Securities for up to $20 billion.</w:t>
      </w:r>
      <w:r/>
    </w:p>
    <w:p>
      <w:pPr>
        <w:pStyle w:val="ListNumber"/>
        <w:spacing w:line="240" w:lineRule="auto"/>
        <w:ind w:left="720"/>
      </w:pPr>
      <w:r/>
      <w:hyperlink r:id="rId9">
        <w:r>
          <w:rPr>
            <w:color w:val="0000EE"/>
            <w:u w:val="single"/>
          </w:rPr>
          <w:t>https://aijourn.com/gamestop-proposes-to-acquire-ebay-at-125-00-per-share-3/</w:t>
        </w:r>
      </w:hyperlink>
      <w:r>
        <w:t xml:space="preserve"> - GameStop Corp. has submitted a non-binding proposal to acquire 100% of eBay Inc. at $125.00 per share in cash and stock. The offer represents a 46% premium over eBay's closing price on February 4, 2026, the day GameStop started accumulating its position in eBay. GameStop has built a 5% economic stake in eBay through derivatives and beneficial ownership of common stock. The proposed offer comprises 50% cash and 50% GameStop common stock, with full shareholder election rights regarding consideration type. The transaction is subject to customary closing conditions and is expected to be funded through a combination of GameStop's cash and liquid investments, totaling approximately $9.4 billion as of January 31, 2026, and third-party acquisition financing, for which GameStop has received a highly confident letter from TD Securities for up to $20 billion. The full proposal letter and accompanying materials are available at investor.gamestop.com/ebay.</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aijourn.com/gamestop-proposes-to-acquire-ebay-at-125-00-per-share-3/" TargetMode="External"/><Relationship Id="rId10" Type="http://schemas.openxmlformats.org/officeDocument/2006/relationships/hyperlink" Target="https://investor.gamestop.com/news-releases/news-details/2026/GameStop-Proposes-to-Acquire-eBay-at-125-00-Per-Share/default.aspx" TargetMode="External"/><Relationship Id="rId11" Type="http://schemas.openxmlformats.org/officeDocument/2006/relationships/hyperlink" Target="https://www.investing.com/news/company-news/gamestop-proposes-to-acquire-ebay-for-125-per-share-93CH-4654930" TargetMode="External"/><Relationship Id="rId12" Type="http://schemas.openxmlformats.org/officeDocument/2006/relationships/hyperlink" Target="https://marketchameleon.com/PressReleases/i/2297080/GME/gamestop-proposes-to-acquire-ebay-at-12500" TargetMode="External"/><Relationship Id="rId13" Type="http://schemas.openxmlformats.org/officeDocument/2006/relationships/hyperlink" Target="https://www.pcgamer.com/gaming-industry/gamestop-reportedly-wants-to-buy-ebay-a-marketplace-with-four-times-its-market-value/" TargetMode="External"/><Relationship Id="rId14" Type="http://schemas.openxmlformats.org/officeDocument/2006/relationships/hyperlink" Target="https://www.noahwire.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