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Sky introduces budget-friendly TV packages as UK faces rising household bills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As the UK faces a wave of inflation-linked price hikes this month, many residents are preparing for a significant increase in household bills. Dubbed 'awful April', the rise in costs affects essential services, including electricity, water, council tax, broadband, mobile phones, and television subscriptions. The onset of these financial pressures has spurred thousands of Brits to seek ways to reduce their monthly expenses.</w:t>
      </w:r>
    </w:p>
    <w:p>
      <w:r>
        <w:t>To address this, Sky has introduced budget-friendly television packages that combine Sky TV with Netflix offerings. Among the most notable is the £15 Essential TV bundle, which offers access to more than 100 channels, including popular choices like Sky Atlantic. This package also includes free subscriptions to Discovery+ and ad-supported Netflix, which typically costs £5.99 per month if subscribed independently. This bundle effectively brings the cost down for Sky customers to approximately £9.01 for Sky TV.</w:t>
      </w:r>
    </w:p>
    <w:p>
      <w:r>
        <w:t>Sky customers have the option to upgrade to an ad-free Netflix Standard service for an additional £6 per month. This upgrade amounts to £72 annually, presenting savings of £83.88 when compared to direct Netflix subscriptions, which now start at £12.99 per month following a price increase of up to 20% earlier this year.</w:t>
      </w:r>
    </w:p>
    <w:p>
      <w:r>
        <w:t>Additionally, Sky allows existing Netflix subscribers to transfer their accounts without facing double charges, blending both services into one manageable bill. Sky's 24-month contract terms caution customers that prices may change, a note that reflects a previous 6.4% rise applied to Sky's TV and broadband plans earlier this year, hinting at potential increases in April 2026.</w:t>
      </w:r>
    </w:p>
    <w:p>
      <w:r>
        <w:t>Virgin Media is also vying for market share with its higher-end TV packages, bundling in free Netflix subscriptions along with an 18-month contract for £69.99 per month. This offer includes over 210 channels and a high-speed fibre broadband service.</w:t>
      </w:r>
    </w:p>
    <w:p>
      <w:r>
        <w:t>For those seeking flexibility, Sky's Essential TV package is available on a 31-day rolling basis for £18 monthly, with additional options to incorporate Sky Cinema or Sky Sports at starting prices of £10 and £20, respectively.</w:t>
      </w:r>
    </w:p>
    <w:p>
      <w:r>
        <w:t>Reviews from Sky users on Trustpilot illustrate a range of customer experiences. One long-term subscriber expressed satisfaction, stating, "I've been with Sky for over 20 years [and] only had one problem, which they sorted within 48 hours – great service." Another user praised the convenience of Sky Stream, commenting, "It's the best decision I've ever made," referring to the ease of having all streaming subscriptions billed through Sky.</w:t>
      </w:r>
    </w:p>
    <w:p>
      <w:r>
        <w:t>However, not all feedback has been positive. One customer noted a level of frustration with the customer service experience, indicating that while the service quality is generally reliable, resolving issues can often lead to confusion, as the representatives may not fully explain the situation.</w:t>
      </w:r>
    </w:p>
    <w:p>
      <w:r>
        <w:t>As households brace for higher costs in a climate of increasing financial strain, Sky's bundled offerings are vying to provide a solution, simplifying and potentially reducing the financial burden of entertainment expenses for many UK residents.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https://www.independent.co.uk/news/uk/home-news/april-bills-going-up-energy-water-council-tax-b2725087.html</w:t>
        </w:r>
      </w:hyperlink>
      <w:r>
        <w:t xml:space="preserve"> - This article supports the claim of rising household bills in the UK, particularly focusing on energy, water, and council tax increases, which align with the 'awful April' hikes.</w:t>
      </w:r>
    </w:p>
    <w:p>
      <w:pPr>
        <w:pStyle w:val="ListBullet"/>
      </w:pPr>
      <w:hyperlink r:id="rId12">
        <w:r>
          <w:rPr>
            <w:u w:val="single"/>
            <w:color w:val="0000FF"/>
            <w:rStyle w:val="Hyperlink"/>
          </w:rPr>
          <w:t>https://www.itv.com/news/2025-04-01/household-bills-to-rise-for-millions-as-awful-april-hikes-come-into-effect</w:t>
        </w:r>
      </w:hyperlink>
      <w:r>
        <w:t xml:space="preserve"> - ITV News covers the widespread increase in household bills across various sectors, such as energy and council tax, highlighting the financial strain on UK households.</w:t>
      </w:r>
    </w:p>
    <w:p>
      <w:pPr>
        <w:pStyle w:val="ListBullet"/>
      </w:pPr>
      <w:hyperlink r:id="rId13">
        <w:r>
          <w:rPr>
            <w:u w:val="single"/>
            <w:color w:val="0000FF"/>
            <w:rStyle w:val="Hyperlink"/>
          </w:rPr>
          <w:t>https://news.sky.com/story/all-the-household-bills-to-rise-from-today-and-how-you-can-beat-the-hikes-13334997</w:t>
        </w:r>
      </w:hyperlink>
      <w:r>
        <w:t xml:space="preserve"> - Sky News provides an overview of the rising household bills, including energy, water, and council tax, alongside tips on managing these increases.</w:t>
      </w:r>
    </w:p>
    <w:p>
      <w:pPr>
        <w:pStyle w:val="ListBullet"/>
      </w:pPr>
      <w:hyperlink r:id="rId14">
        <w:r>
          <w:rPr>
            <w:u w:val="single"/>
            <w:color w:val="0000FF"/>
            <w:rStyle w:val="Hyperlink"/>
          </w:rPr>
          <w:t>https://www.trustpilot.com/review/www.sky.com</w:t>
        </w:r>
      </w:hyperlink>
      <w:r>
        <w:t xml:space="preserve"> - This link could provide customer reviews similar to those mentioned in the article, highlighting various experiences with Sky services.</w:t>
      </w:r>
    </w:p>
    <w:p>
      <w:pPr>
        <w:pStyle w:val="ListBullet"/>
      </w:pPr>
      <w:hyperlink r:id="rId15">
        <w:r>
          <w:rPr>
            <w:u w:val="single"/>
            <w:color w:val="0000FF"/>
            <w:rStyle w:val="Hyperlink"/>
          </w:rPr>
          <w:t>https://www.sky.com/shop/tv/</w:t>
        </w:r>
      </w:hyperlink>
      <w:r>
        <w:t xml:space="preserve"> - This page supports the mentions of Sky's TV packages and bundles, offering insights into their current offerings and pricing strategies.</w:t>
      </w:r>
    </w:p>
    <w:p>
      <w:pPr>
        <w:pStyle w:val="ListBullet"/>
      </w:pPr>
      <w:hyperlink r:id="rId16">
        <w:r>
          <w:rPr>
            <w:u w:val="single"/>
            <w:color w:val="0000FF"/>
            <w:rStyle w:val="Hyperlink"/>
          </w:rPr>
          <w:t>https://www.virginmedia.com/shop/tv/</w:t>
        </w:r>
      </w:hyperlink>
      <w:r>
        <w:t xml:space="preserve"> - Virgin Media's website provides details on their TV packages, comparing to Sky's offerings by highlighting differences in channels, broadband, and Netflix inclusion.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ndependent.co.uk/news/uk/home-news/april-bills-going-up-energy-water-council-tax-b2725087.html" TargetMode="External"/><Relationship Id="rId12" Type="http://schemas.openxmlformats.org/officeDocument/2006/relationships/hyperlink" Target="https://www.itv.com/news/2025-04-01/household-bills-to-rise-for-millions-as-awful-april-hikes-come-into-effect" TargetMode="External"/><Relationship Id="rId13" Type="http://schemas.openxmlformats.org/officeDocument/2006/relationships/hyperlink" Target="https://news.sky.com/story/all-the-household-bills-to-rise-from-today-and-how-you-can-beat-the-hikes-13334997" TargetMode="External"/><Relationship Id="rId14" Type="http://schemas.openxmlformats.org/officeDocument/2006/relationships/hyperlink" Target="https://www.trustpilot.com/review/www.sky.com" TargetMode="External"/><Relationship Id="rId15" Type="http://schemas.openxmlformats.org/officeDocument/2006/relationships/hyperlink" Target="https://www.sky.com/shop/tv/" TargetMode="External"/><Relationship Id="rId16" Type="http://schemas.openxmlformats.org/officeDocument/2006/relationships/hyperlink" Target="https://www.virginmedia.com/shop/t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