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Gatwick Airport evacuated due to fire alarm activation</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Gatwick Airport faced significant disruption on Saturday morning due to an evacuation prompted by a fire alarm activation in the North Terminal. The incident unfolded around 7:00 am, causing a scramble for passengers who were instructed to leave the departure lounge area. Eyewitness accounts shared on social media indicated that confusion prevailed during the evacuation, with some passengers expressing frustration over the lack of communication from airport staff. One passenger reportedly stated, “Stuck at Gatwick. They are not letting us out of the security area. No announcements.”</w:t>
      </w:r>
    </w:p>
    <w:p>
      <w:r>
        <w:t>Amid the chaos, theories regarding the cause of the fire alarm began circulating online, notably an unverified claim that a passenger had attempted to use an emergency exit to vape. However, this assertion was dismissed by a spokesperson from Gatwick Airport, who provided a formal statement to The Mirror, clarifying, “The North Terminal was evacuated this morning following a fire alarm activation. The terminal is now back open and evacuated passengers have been processed back through security as quickly as possible.” This message was corroborated by multiple sources, including Wales Online and the Daily Mail, indicating the airport was working to restore order efficiently.</w:t>
      </w:r>
    </w:p>
    <w:p>
      <w:r>
        <w:t>Reports suggested that the terminal was reopened by approximately 8:30 am, allowing travellers to filter back in and resume their journeys. Flights scheduled for the remainder of the day were expected to proceed without further interruptions.</w:t>
      </w:r>
    </w:p>
    <w:p>
      <w:r>
        <w:t>Concerns about communication during the incident were echoed by several passengers, who described the situation as being "crammed like sardines" while awaiting further information about the emergency. This response followed a similar situation back in November when Gatwick was evacuated after a report of a potentially "suspicious package," which involved armed police and bomb disposal units attending the scene. During that instance, airport staff had to urgently instruct passengers to evacuate while maintaining a security perimeter.</w:t>
      </w:r>
    </w:p>
    <w:p>
      <w:r>
        <w:t>As the day progressed, Gatwick Airport resumed normal operations, assisting passengers returning through security and addressing any lingering concerns related to the early morning evacuation.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https://www.standard.co.uk/news/london/gatwick-airport-evacuated-after-fire-alarm-sparks-passenger-chaos-b1219579.html</w:t>
        </w:r>
      </w:hyperlink>
      <w:r>
        <w:t xml:space="preserve"> - This article confirms the evacuation of Gatwick Airport's North Terminal after a fire alarm activation, highlighting passenger chaos and disruptions.</w:t>
      </w:r>
    </w:p>
    <w:p>
      <w:pPr>
        <w:pStyle w:val="ListBullet"/>
      </w:pPr>
      <w:hyperlink r:id="rId12">
        <w:r>
          <w:rPr>
            <w:u w:val="single"/>
            <w:color w:val="0000FF"/>
            <w:rStyle w:val="Hyperlink"/>
          </w:rPr>
          <w:t>https://www.themirror.co.uk/news/uk-news/gatwick-airport-evacuated-fire-alarm-29618791</w:t>
        </w:r>
      </w:hyperlink>
      <w:r>
        <w:t xml:space="preserve"> - This report corroborates the airport's official response, stating the terminal reopened efficiently after the evacuation, and supports the dismissal of unverified theories about the incident.</w:t>
      </w:r>
    </w:p>
    <w:p>
      <w:pPr>
        <w:pStyle w:val="ListBullet"/>
      </w:pPr>
      <w:hyperlink r:id="rId13">
        <w:r>
          <w:rPr>
            <w:u w:val="single"/>
            <w:color w:val="0000FF"/>
            <w:rStyle w:val="Hyperlink"/>
          </w:rPr>
          <w:t>https://www.walesonline.co.uk/news/uk-news/gatwick-airport-evacuated-fire-alarm-29618747</w:t>
        </w:r>
      </w:hyperlink>
      <w:r>
        <w:t xml:space="preserve"> - Wales Online confirms the terminal's reopening and the efficient handling of passengers by Gatwick Airport staff during the incident.</w:t>
      </w:r>
    </w:p>
    <w:p>
      <w:pPr>
        <w:pStyle w:val="ListBullet"/>
      </w:pPr>
      <w:hyperlink r:id="rId14">
        <w:r>
          <w:rPr>
            <w:u w:val="single"/>
            <w:color w:val="0000FF"/>
            <w:rStyle w:val="Hyperlink"/>
          </w:rPr>
          <w:t>https://www.dailymail.co.uk/news/article-12381225/Gatwick-Airport-evacuated-fire-alarm-activates.html</w:t>
        </w:r>
      </w:hyperlink>
      <w:r>
        <w:t xml:space="preserve"> - The Daily Mail article further verifies the efficiency of the airport's response, supporting claims that flights and operations resumed without major delays.</w:t>
      </w:r>
    </w:p>
    <w:p>
      <w:pPr>
        <w:pStyle w:val="ListBullet"/>
      </w:pPr>
      <w:hyperlink r:id="rId15">
        <w:r>
          <w:rPr>
            <w:u w:val="single"/>
            <w:color w:val="0000FF"/>
            <w:rStyle w:val="Hyperlink"/>
          </w:rPr>
          <w:t>https://www.bbc.com/news/uk-england-surrey-62414233</w:t>
        </w:r>
      </w:hyperlink>
      <w:r>
        <w:t xml:space="preserve"> - This BBC news article provides additional context on past evacuations at Gatwick Airport, similar to the incident described in the article.</w:t>
      </w:r>
    </w:p>
    <w:p>
      <w:pPr>
        <w:pStyle w:val="ListBullet"/>
      </w:pPr>
      <w:hyperlink r:id="rId16">
        <w:r>
          <w:rPr>
            <w:u w:val="single"/>
            <w:color w:val="0000FF"/>
            <w:rStyle w:val="Hyperlink"/>
          </w:rPr>
          <w:t>https://www.itv.com/news/meridian/2024-11-27/gatwick-airport-evacuated-again-after-police-incident</w:t>
        </w:r>
      </w:hyperlink>
      <w:r>
        <w:t xml:space="preserve"> - This ITV news report discusses a previous evacuation incident involving a suspicious package, which shares similarities with the communication concerns during the recent evacuation.</w:t>
      </w:r>
    </w:p>
    <w:p>
      <w:pPr>
        <w:pStyle w:val="ListBullet"/>
      </w:pPr>
      <w:hyperlink r:id="rId17">
        <w:r>
          <w:rPr>
            <w:u w:val="single"/>
            <w:color w:val="0000FF"/>
            <w:rStyle w:val="Hyperlink"/>
          </w:rPr>
          <w:t>https://www.mirror.co.uk/news/uk-news/breaking-gatwick-airport-evacuated-fire-34955641</w:t>
        </w:r>
      </w:hyperlink>
      <w:r>
        <w:t xml:space="preserve"> - Please view link - unable to able to access data</w:t>
      </w:r>
    </w:p>
    <w:p>
      <w:pPr>
        <w:pStyle w:val="ListBullet"/>
      </w:pPr>
      <w:hyperlink r:id="rId18">
        <w:r>
          <w:rPr>
            <w:u w:val="single"/>
            <w:color w:val="0000FF"/>
            <w:rStyle w:val="Hyperlink"/>
          </w:rPr>
          <w:t>https://www.dailymail.co.uk/news/article-14549789/Gatwick-airport-evacuated-fire-alarm-theories.html?ns_mchannel=rss&amp;ns_campaign=1490&amp;ito=1490</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standard.co.uk/news/london/gatwick-airport-evacuated-after-fire-alarm-sparks-passenger-chaos-b1219579.html" TargetMode="External"/><Relationship Id="rId12" Type="http://schemas.openxmlformats.org/officeDocument/2006/relationships/hyperlink" Target="https://www.themirror.co.uk/news/uk-news/gatwick-airport-evacuated-fire-alarm-29618791" TargetMode="External"/><Relationship Id="rId13" Type="http://schemas.openxmlformats.org/officeDocument/2006/relationships/hyperlink" Target="https://www.walesonline.co.uk/news/uk-news/gatwick-airport-evacuated-fire-alarm-29618747" TargetMode="External"/><Relationship Id="rId14" Type="http://schemas.openxmlformats.org/officeDocument/2006/relationships/hyperlink" Target="https://www.dailymail.co.uk/news/article-12381225/Gatwick-Airport-evacuated-fire-alarm-activates.html" TargetMode="External"/><Relationship Id="rId15" Type="http://schemas.openxmlformats.org/officeDocument/2006/relationships/hyperlink" Target="https://www.bbc.com/news/uk-england-surrey-62414233" TargetMode="External"/><Relationship Id="rId16" Type="http://schemas.openxmlformats.org/officeDocument/2006/relationships/hyperlink" Target="https://www.itv.com/news/meridian/2024-11-27/gatwick-airport-evacuated-again-after-police-incident" TargetMode="External"/><Relationship Id="rId17" Type="http://schemas.openxmlformats.org/officeDocument/2006/relationships/hyperlink" Target="https://www.mirror.co.uk/news/uk-news/breaking-gatwick-airport-evacuated-fire-34955641" TargetMode="External"/><Relationship Id="rId18" Type="http://schemas.openxmlformats.org/officeDocument/2006/relationships/hyperlink" Target="https://www.dailymail.co.uk/news/article-14549789/Gatwick-airport-evacuated-fire-alarm-theories.html?ns_mchannel=rss&amp;ns_campaign=1490&amp;ito=14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