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mystery of Beeston's disappearing banana bandit</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Residents of Beeston have become accustomed to a curious ritual that has captured the attention of local and national media alike: the inexplicable reappearance of a plate of unpeeled bananas at the junction of Wesnor Avenue and Abbey Road, which has occurred consistently on the second day of each month for over a year. The identity and motivation of the individual dubbed the "banana bandit" remains shrouded in mystery, provoking both intrigue and speculation among the community.</w:t>
      </w:r>
    </w:p>
    <w:p>
      <w:r>
        <w:t>On Wednesday, April 2, when Nottinghamshire Live visited the usual spot, they noted that the anticipated plate of bananas had not been sighted for the second consecutive month. Dean Walden, a frequent dog walker in the area, reflected on the oddity, stating, "That's that then - it's probably run its course." He expressed uncertainty about the motivations behind the banana placement, suspecting the perpetrator was merely acting out of habit rather than any profound reason. Furthermore, he indicated some mixed feelings regarding the hygiene of leaving fruit unattended to decompose in public.</w:t>
      </w:r>
    </w:p>
    <w:p>
      <w:r>
        <w:t>Walden's sentiments were echoed by other local residents. Toni Clifford, a mother who regularly passes the spot while taking her children to school, remarked on the frequency of the banana displays, saying, "I've not seen them for a while though - it became a regular thing every month." Clifford also expressed a desire to discover the identity of the banana bandit, suggesting she might "camp out one night" to solve the mystery. However, she conveyed little disappointment at the bananas' presumed end, highlighting their tendency to go "dead mouldy."</w:t>
      </w:r>
    </w:p>
    <w:p>
      <w:r>
        <w:t>Dave Foster, another local, added a touch of humour to the discussion, stating that it would feel strange if the bananas stopped appearing, jokingly suggesting he might contribute some himself. He noted the bizarre randomness of the situation, admitting that he had initially overlooked it until it became a more widely discussed phenomenon.</w:t>
      </w:r>
    </w:p>
    <w:p>
      <w:r>
        <w:t xml:space="preserve">The phenomenon has also garnered attention from popular radio personalities, with Greg James and Sara Cox discussing the mystery on their respective BBC Radio 1 and Radio 2 shows. Additionally, amateur sleuths have taken it upon themselves to investigate the origins of the bananas. </w:t>
      </w:r>
    </w:p>
    <w:p>
      <w:r>
        <w:t xml:space="preserve">Despite the absence of the bananas this month, the mystery continues to invite varied opinions within the community. Some residents, such as Dean Walden, speculate that the collective fascination may fade if the mystery is not revitalised. Others have noted the emergence of a new "sculpture" linked to the bananas in Beeston town centre, further adding to the quirky narrative surrounding the enigmatic fruit display. </w:t>
      </w:r>
    </w:p>
    <w:p>
      <w:r>
        <w:t>As the attention surrounding the banana bandit's antics ebbs, it remains to be seen whether this peculiar custom will make a comeback, or if it has truly run its course. The local residents and curious observers await any new developments in this unusual neighbourhood saga.</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https://en.wikipedia.org/wiki/Beeston_bananas</w:t>
        </w:r>
      </w:hyperlink>
      <w:r>
        <w:t xml:space="preserve"> - Supports the claim that a plate of peeled bananas appears monthly in Beeston, Nottinghamshire, and highlights the speculation and mystery surrounding this event. It also mentions the bananas' usual location and reactions from residents.</w:t>
      </w:r>
    </w:p>
    <w:p>
      <w:pPr>
        <w:pStyle w:val="ListBullet"/>
      </w:pPr>
      <w:hyperlink r:id="rId12">
        <w:r>
          <w:rPr>
            <w:u w:val="single"/>
            <w:color w:val="0000FF"/>
            <w:rStyle w:val="Hyperlink"/>
          </w:rPr>
          <w:t>https://www.rnz.co.nz/news/world/540879/banana-mystery-of-uk-s-beeston-baffling-residents-and-world</w:t>
        </w:r>
      </w:hyperlink>
      <w:r>
        <w:t xml:space="preserve"> - Corroborates the widespread interest in the banana mystery and mixed reactions from Beeston residents, noting that the phenomenon has garnered national and international attention.</w:t>
      </w:r>
    </w:p>
    <w:p>
      <w:pPr>
        <w:pStyle w:val="ListBullet"/>
      </w:pPr>
      <w:hyperlink r:id="rId13">
        <w:r>
          <w:rPr>
            <w:u w:val="single"/>
            <w:color w:val="0000FF"/>
            <w:rStyle w:val="Hyperlink"/>
          </w:rPr>
          <w:t>https://www.tiktok.com/@bbc/video/7467540195223653665</w:t>
        </w:r>
      </w:hyperlink>
      <w:r>
        <w:t xml:space="preserve"> - Includes coverage of the Beeston banana mystery by the BBC, highlighting the quirky nature of the event and further publicizing it.</w:t>
      </w:r>
    </w:p>
    <w:p>
      <w:pPr>
        <w:pStyle w:val="ListBullet"/>
      </w:pPr>
      <w:hyperlink r:id="rId10">
        <w:r>
          <w:rPr>
            <w:u w:val="single"/>
            <w:color w:val="0000FF"/>
            <w:rStyle w:val="Hyperlink"/>
          </w:rPr>
          <w:t>https://www.noahwire.com</w:t>
        </w:r>
      </w:hyperlink>
      <w:r>
        <w:t xml:space="preserve"> - Source of the original article, providing an overview of local reactions and discussions about the banana mystery in Beeston.</w:t>
      </w:r>
    </w:p>
    <w:p>
      <w:pPr>
        <w:pStyle w:val="ListBullet"/>
      </w:pPr>
      <w:hyperlink r:id="rId14">
        <w:r>
          <w:rPr>
            <w:u w:val="single"/>
            <w:color w:val="0000FF"/>
            <w:rStyle w:val="Hyperlink"/>
          </w:rPr>
          <w:t>https://www.bbc.co.uk/sounds/play/live:bbc_radio_one</w:t>
        </w:r>
      </w:hyperlink>
      <w:r>
        <w:t xml:space="preserve"> - While not directly accessible, this URL is associated with BBC Radio 1, which is mentioned as a platform where the mystery was discussed by personalities such as Greg James.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n.wikipedia.org/wiki/Beeston_bananas" TargetMode="External"/><Relationship Id="rId12" Type="http://schemas.openxmlformats.org/officeDocument/2006/relationships/hyperlink" Target="https://www.rnz.co.nz/news/world/540879/banana-mystery-of-uk-s-beeston-baffling-residents-and-world" TargetMode="External"/><Relationship Id="rId13" Type="http://schemas.openxmlformats.org/officeDocument/2006/relationships/hyperlink" Target="https://www.tiktok.com/@bbc/video/7467540195223653665" TargetMode="External"/><Relationship Id="rId14" Type="http://schemas.openxmlformats.org/officeDocument/2006/relationships/hyperlink" Target="https://www.bbc.co.uk/sounds/play/live:bbc_radio_o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