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Daytime TV contrasts: Susanna Reid's outfit captivates while This Morning shocks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On Monday, March 17, the world of daytime television was marked by contrasting segments from Britain's leading ITV shows, Good Morning Britain (GMB) and This Morning, each eliciting strong reactions from viewers.</w:t>
      </w:r>
    </w:p>
    <w:p>
      <w:r>
        <w:t>Good Morning Britain, hosted by Susanna Reid and Richard Madeley, began with a lively discussion of the day’s most pressing news stories, supported by correspondent Ranvir Singh who provided news summaries. Melvin Odoom, stepping in for the absent Richard Arnold, offered the latest gossip from the entertainment world. However, it was Susanna Reid’s striking outfit that took centre stage on social media, particularly on the platform X, previously known as Twitter.</w:t>
      </w:r>
    </w:p>
    <w:p>
      <w:r>
        <w:t>Reid's choice of a vibrant red gown, accentuated by an unusual splash of purple on the top right side, captured the attention of viewers, leading to a flurry of commentary. Some viewers expressed confusion and concern over what appeared to be a peculiar stain on the dress, with comments suggesting it resembled accidental paint splatters. One user remarked, "Susanna's outfit is bizarre," while another chimed in with, "Did I miss someone running on and throwing a pot of paint on Susanna's dress?" Yet, amidst the playful ribbing, others appreciated the unique design, with one admirer stating, "I actually really like the dress."</w:t>
      </w:r>
    </w:p>
    <w:p>
      <w:r>
        <w:t>Beyond fashion, the programme tackled substantial societal issues, with Reid and Madeley addressing Ofcom's authority regarding illegal online content and the government’s potential re-evaluation of increases in disability benefits. They also discussed the upcoming Disney film Snow White, set to be released in cinemas on March 21 after delays attributed to the SAG-AFTRA strike. Disney's decision to skip an official London premiere for the film sparked further discussion, especially as the film has faced criticism from audiences for perceived 'wokeness.'</w:t>
      </w:r>
    </w:p>
    <w:p>
      <w:r>
        <w:t>In contrast, the episode of This Morning, hosted by Cat Deeley and Ben Shephard, stirred a wave of discontent among viewers with a segment featuring 24-year-old Latiesha Jones, who reportedly earns £5,000 a week from selling her toenail clippings. The unusual nature of the discussion led many viewers to express their disgust on X, with comments such as, "This is so gross, I’m turning over," and "Why even have this as a segment? I feel sick." One user simply lamented, "Stop the world, I want to get off," indicating a broader dissatisfaction with the content of the segment.</w:t>
      </w:r>
    </w:p>
    <w:p>
      <w:r>
        <w:t>Both shows reflect the diverse range of content within daytime television, navigating between fashion commentary, current events, and the more peculiar realms of social trends—each resonating with audiences in markedly different ways.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https://www.itv.com/goodmorningbritain</w:t>
        </w:r>
      </w:hyperlink>
      <w:r>
        <w:t xml:space="preserve"> - This URL supports the claim about Good Morning Britain's content and hosts, such as Susanna Reid and Richard Madeley, discussing various news and entertainment topics.</w:t>
      </w:r>
    </w:p>
    <w:p>
      <w:pPr>
        <w:pStyle w:val="ListBullet"/>
      </w:pPr>
      <w:hyperlink r:id="rId12">
        <w:r>
          <w:rPr>
            <w:u w:val="single"/>
            <w:color w:val="0000FF"/>
            <w:rStyle w:val="Hyperlink"/>
          </w:rPr>
          <w:t>https://www.itv.com/thismorning</w:t>
        </w:r>
      </w:hyperlink>
      <w:r>
        <w:t xml:space="preserve"> - This URL corroborates the information about This Morning, hosted by Cat Deeley and Ben Shephard, featuring diverse segments that sometimes spark strong viewer reactions.</w:t>
      </w:r>
    </w:p>
    <w:p>
      <w:pPr>
        <w:pStyle w:val="ListBullet"/>
      </w:pPr>
      <w:hyperlink r:id="rId13">
        <w:r>
          <w:rPr>
            <w:u w:val="single"/>
            <w:color w:val="0000FF"/>
            <w:rStyle w:val="Hyperlink"/>
          </w:rPr>
          <w:t>https://www.ofcom.org.uk/</w:t>
        </w:r>
      </w:hyperlink>
      <w:r>
        <w:t xml:space="preserve"> - This URL supports the mention of Ofcom's authority regarding illegal online content, which was discussed on Good Morning Britain.</w:t>
      </w:r>
    </w:p>
    <w:p>
      <w:pPr>
        <w:pStyle w:val="ListBullet"/>
      </w:pPr>
      <w:hyperlink r:id="rId14">
        <w:r>
          <w:rPr>
            <w:u w:val="single"/>
            <w:color w:val="0000FF"/>
            <w:rStyle w:val="Hyperlink"/>
          </w:rPr>
          <w:t>https://www.disney.co.uk/movies/snow-white</w:t>
        </w:r>
      </w:hyperlink>
      <w:r>
        <w:t xml:space="preserve"> - This URL provides information about the upcoming Disney film Snow White, which was discussed on Good Morning Britain.</w:t>
      </w:r>
    </w:p>
    <w:p>
      <w:pPr>
        <w:pStyle w:val="ListBullet"/>
      </w:pPr>
      <w:hyperlink r:id="rId15">
        <w:r>
          <w:rPr>
            <w:u w:val="single"/>
            <w:color w:val="0000FF"/>
            <w:rStyle w:val="Hyperlink"/>
          </w:rPr>
          <w:t>https://www.sagaftra.org/</w:t>
        </w:r>
      </w:hyperlink>
      <w:r>
        <w:t xml:space="preserve"> - This URL supports the claim about the SAG-AFTRA strike causing delays in film releases, such as the Disney film Snow White.</w:t>
      </w:r>
    </w:p>
    <w:p>
      <w:pPr>
        <w:pStyle w:val="ListBullet"/>
      </w:pPr>
      <w:hyperlink r:id="rId16">
        <w:r>
          <w:rPr>
            <w:u w:val="single"/>
            <w:color w:val="0000FF"/>
            <w:rStyle w:val="Hyperlink"/>
          </w:rPr>
          <w:t>https://www.x.com/</w:t>
        </w:r>
      </w:hyperlink>
      <w:r>
        <w:t xml:space="preserve"> - This URL, previously known as Twitter, supports the claim about viewers' reactions to Susanna Reid's outfit and This Morning's segments being shared on the platform.</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itv.com/goodmorningbritain" TargetMode="External"/><Relationship Id="rId12" Type="http://schemas.openxmlformats.org/officeDocument/2006/relationships/hyperlink" Target="https://www.itv.com/thismorning" TargetMode="External"/><Relationship Id="rId13" Type="http://schemas.openxmlformats.org/officeDocument/2006/relationships/hyperlink" Target="https://www.ofcom.org.uk/" TargetMode="External"/><Relationship Id="rId14" Type="http://schemas.openxmlformats.org/officeDocument/2006/relationships/hyperlink" Target="https://www.disney.co.uk/movies/snow-white" TargetMode="External"/><Relationship Id="rId15" Type="http://schemas.openxmlformats.org/officeDocument/2006/relationships/hyperlink" Target="https://www.sagaftra.org/" TargetMode="External"/><Relationship Id="rId16" Type="http://schemas.openxmlformats.org/officeDocument/2006/relationships/hyperlink" Target="https://www.x.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