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Controversy erupts over Glasgow mural of bagpiper</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A large mural of a Scottish bagpiper in traditional attire has stirred controversy in Glasgow, with some local residents calling for its removal due to its placement near an Italian restaurant. The mural, which spans three storeys on the side of a tenement building at the corner of Paisley Road West and Mosspark Boulevard, features a male figure in full Highland dress playing bagpipes, surrounded by a stag and a Highland cow.</w:t>
      </w:r>
    </w:p>
    <w:p>
      <w:r>
        <w:t>Artist Dan McDermott created the mural last October as part of the Cardonald Murals Trail, a local initiative aimed at enhancing the vibrancy of the area through public art. The project has received council funding and has transformed various buildings in the vicinity into vivid works of art. The image itself is seen by many as a representation of Scottish cultural heritage.</w:t>
      </w:r>
    </w:p>
    <w:p>
      <w:r>
        <w:t>However, a petition has emerged, initiated by an individual identified only as 'Concerned Citizen' on Change.org, which claims the mural has been "erected without the consent of the citizens of the G52 Craigton/Cardonald area." This petition has garnered less than 10 signatures since its inception four days ago. The author describes the mural as "an absolute eyesore" that is "deeply out of place" and argues that it presents a "hostile and provocative" image towards the nearby Italian restaurant, Bella Vita, which has been a staple of the local community for years and prominently displays an Italian flag at its entrance.</w:t>
      </w:r>
    </w:p>
    <w:p>
      <w:r>
        <w:t>In their statement, the petition creator remarked, "It is not lost on the public that a mural that is about Scotland and features a male in prominent Scottish dress is right outside Bella Vita. This mural feels hostile and provocative towards an Italian-owned business." The petition also raises concerns about community tensions and road safety, alleging that the mural could be distracting to drivers.</w:t>
      </w:r>
    </w:p>
    <w:p>
      <w:r>
        <w:t>While some residents have echoed these sentiments, expressing that the mural does not accurately reflect the surrounding area and perpetuates a narrow stereotype of Scotland, others have voiced their support for the artwork. Local community members have commented on social media, praising the mural for brightening up the neighbourhood. One resident noted, "I think it’s a great mural and the artist did an amazing job," while another queried, "Why would that cause an offence? It's a stunning painting of a fabulous Scottish piper. I love it."</w:t>
      </w:r>
    </w:p>
    <w:p>
      <w:r>
        <w:t>Further engagement from the community Facebook page, Craigton, Glasgow, suggests a significant portion of residents appreciate the art, with comments advocating for the attention to be directed toward more pressing local issues, such as litter and environmental concerns, rather than the mural itself.</w:t>
      </w:r>
    </w:p>
    <w:p>
      <w:r>
        <w:t>Attempts to obtain comments from both Bella Vita and the mural's creators, Spraywell Murals, have been made, but responses have yet to be received. The unfolding situation highlights the complexities of community art initiatives and differing perspectives on cultural representation within neighbourhoods.</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https://www.change.org/p/remove-the-hideous-bagpiper-mural-from-mosspark-boulevard</w:t>
        </w:r>
      </w:hyperlink>
      <w:r>
        <w:t xml:space="preserve"> - Corroborates the information about a Change.org petition against the Glasgow bagpiper mural, citing it as 'hostile and provocative' towards an Italian restaurant.</w:t>
      </w:r>
    </w:p>
    <w:p>
      <w:pPr>
        <w:pStyle w:val="ListBullet"/>
      </w:pPr>
      <w:hyperlink r:id="rId12">
        <w:r>
          <w:rPr>
            <w:u w:val="single"/>
            <w:color w:val="0000FF"/>
            <w:rStyle w:val="Hyperlink"/>
          </w:rPr>
          <w:t>https://www.google.com/maps/place/Craigton,+Glasgow,+UK/@55.8408323,-4.3200505,14z/data=!4m63m51s0x488845dc4f794d55:0x19f8e28fccebd5c08m23d55.84083234d-4.320050516s%2Fg%2F12p9h67wl</w:t>
        </w:r>
      </w:hyperlink>
      <w:r>
        <w:t xml:space="preserve"> - Provides geographical context, showing the location of the mural at Craigton, Glasgow.</w:t>
      </w:r>
    </w:p>
    <w:p>
      <w:pPr>
        <w:pStyle w:val="ListBullet"/>
      </w:pPr>
      <w:hyperlink r:id="rId13">
        <w:r>
          <w:rPr>
            <w:u w:val="single"/>
            <w:color w:val="0000FF"/>
            <w:rStyle w:val="Hyperlink"/>
          </w:rPr>
          <w:t>https://www.glasgow.gov.uk/</w:t>
        </w:r>
      </w:hyperlink>
      <w:r>
        <w:t xml:space="preserve"> - While there is no specific page about the mural, this website represents the Glasgow City Council, which may have been involved in funding the Cardonald Murals Trail project.</w:t>
      </w:r>
    </w:p>
    <w:p>
      <w:pPr>
        <w:pStyle w:val="ListBullet"/>
      </w:pPr>
      <w:hyperlink r:id="rId14">
        <w:r>
          <w:rPr>
            <w:u w:val="single"/>
            <w:color w:val="0000FF"/>
            <w:rStyle w:val="Hyperlink"/>
          </w:rPr>
          <w:t>https://www.facebook.com/groups/CraigtonGlasgowCommunityPage</w:t>
        </w:r>
      </w:hyperlink>
      <w:r>
        <w:t xml:space="preserve"> - Corroborates community engagement and differing opinions on the mural through various comments and discussions on the Craigton, Glasgow community page.</w:t>
      </w:r>
    </w:p>
    <w:p>
      <w:pPr>
        <w:pStyle w:val="ListBullet"/>
      </w:pPr>
      <w:hyperlink r:id="rId15">
        <w:r>
          <w:rPr>
            <w:u w:val="single"/>
            <w:color w:val="0000FF"/>
            <w:rStyle w:val="Hyperlink"/>
          </w:rPr>
          <w:t>https://www.google.co.uk/maps/place/Bella+Vita/@55.8404469,-4.3218756,17z/data=!3m14b14m53m41s0x488845a94a7d8a6d:0x2029690560edf108m23d55.84076044d-4.3222471</w:t>
        </w:r>
      </w:hyperlink>
      <w:r>
        <w:t xml:space="preserve"> - Provides information about Bella Vita, the Italian restaurant nearby the mural, which is at the center of the controversy.</w:t>
      </w:r>
    </w:p>
    <w:p>
      <w:pPr>
        <w:pStyle w:val="ListBullet"/>
      </w:pPr>
      <w:hyperlink r:id="rId16">
        <w:r>
          <w:rPr>
            <w:u w:val="single"/>
            <w:color w:val="0000FF"/>
            <w:rStyle w:val="Hyperlink"/>
          </w:rPr>
          <w:t>https://www.dailyrecord.co.uk/news/local-news/stunning-scottish-murals-transforming-urban-landscape-42450881</w:t>
        </w:r>
      </w:hyperlink>
      <w:r>
        <w:t xml:space="preserve"> - Presents background information on public art initiatives in Scotland that enhance urban landscapes, similar to the Cardonald Murals Trail.</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www.change.org/p/remove-the-hideous-bagpiper-mural-from-mosspark-boulevard" TargetMode="External"/><Relationship Id="rId12" Type="http://schemas.openxmlformats.org/officeDocument/2006/relationships/hyperlink" Target="https://www.google.com/maps/place/Craigton,+Glasgow,+UK/@55.8408323,-4.3200505,14z/data=!4m63m51s0x488845dc4f794d55:0x19f8e28fccebd5c08m23d55.84083234d-4.320050516s%2Fg%2F12p9h67wl" TargetMode="External"/><Relationship Id="rId13" Type="http://schemas.openxmlformats.org/officeDocument/2006/relationships/hyperlink" Target="https://www.glasgow.gov.uk/" TargetMode="External"/><Relationship Id="rId14" Type="http://schemas.openxmlformats.org/officeDocument/2006/relationships/hyperlink" Target="https://www.facebook.com/groups/CraigtonGlasgowCommunityPage" TargetMode="External"/><Relationship Id="rId15" Type="http://schemas.openxmlformats.org/officeDocument/2006/relationships/hyperlink" Target="https://www.google.co.uk/maps/place/Bella+Vita/@55.8404469,-4.3218756,17z/data=!3m14b14m53m41s0x488845a94a7d8a6d:0x2029690560edf108m23d55.84076044d-4.3222471" TargetMode="External"/><Relationship Id="rId16" Type="http://schemas.openxmlformats.org/officeDocument/2006/relationships/hyperlink" Target="https://www.dailyrecord.co.uk/news/local-news/stunning-scottish-murals-transforming-urban-landscape-4245088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