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Male celebrities embrace baldness, redefining attractiveness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For many men, hair loss has been a long-standing concern, with various treatments ranging from specialised shampoos to dietary changes frequently attempted in hopes of remedying the situation. However, recent trends in the entertainment industry suggest that acceptance of a receding hairline may be proving to be more appealing than ever. Several male celebrities are now embracing their baldness and redefining traditional perceptions of attractiveness associated with ageing.</w:t>
      </w:r>
    </w:p>
    <w:p>
      <w:r>
        <w:t>In showbusiness, hair transplants used to be the norm for A-list men experiencing hair loss, with stars like Calum Best, John Travolta, and Jeremy Piven previously opting for surgical solutions. Over time, this trend has shifted, demonstrating a societal attitude that increasingly appreciates natural looks, with figures such as Walton Goggins, Jude Law, and Harry Styles showcasing their receding hairlines on prominent platforms.</w:t>
      </w:r>
    </w:p>
    <w:p>
      <w:r>
        <w:t>Walton Goggins, 53, has recently gained attention for his performance in the critically acclaimed series, The White Lotus. His striking jaw-length, swept-back greying bob coupled with his pronounced forehead has stirred public interest, prompting discussions about male attractiveness in relation to hair. Goggins has adopted a confident attitude towards his hair thinning, and fans have taken to social media platforms like Reddit to discuss his unique look. According to stylist Daniel Johnson, Goggins' appeal lies in his confidence and relaxed attitude, noting, "It’s the DGAF (doesn't give a f**k) attitude that’s way more attractive and more noticeable than his hairline."</w:t>
      </w:r>
    </w:p>
    <w:p>
      <w:r>
        <w:t>Similarly, 52-year-old Jude Law has made headlines for his increasingly pronounced widow's peak, which has been an element of his appearance throughout much of his career. Once known for trying to camouflage his receding hairline behind a fringe, he has fully embraced his baldness, stating in an interview that his receding hairline is "vital" to his sense of self. His frankness about his hair has resonated with audiences, allowing him to establish a strong connection with his fans.</w:t>
      </w:r>
    </w:p>
    <w:p>
      <w:r>
        <w:t>Harry Styles, the 31-year-old singer and style icon, has also attracted a dedicated following that remains unfazed by his changing hairline. While speculation regarding potential hair transplants persists, Styles continues to sport a noticeable widow’s peak, often altering his hairstyle without any apparent concern for public opinion. According to Dr Gary Linkov, Styles displays less extreme hair loss now compared to previous years, indicating a willingness to experiment with his appearance while maintaining his popularity.</w:t>
      </w:r>
    </w:p>
    <w:p>
      <w:r>
        <w:t>Veteran actor Ralph Fiennes, 62, has a history of evolving hairstyles throughout his various roles in film, yet his hairline has receded more prominently in his later career stages. Increasingly, his forehead has become more visible without detracting from his status as a leading man in Hollywood. Speculation regarding Fiennes’ personal life has caught public interest, particularly with respect to his apparent relationship with comedian Chelsea Handler, which continues to generate media buzz.</w:t>
      </w:r>
    </w:p>
    <w:p>
      <w:r>
        <w:t>Leonardo DiCaprio, known for his youthful charm during the 1990s, has also embraced his natural hairline, with his widow's peak becoming more apparent overtime. Recently, the 50-year-old actor was seen sporting darker locks at the CinemaCon 2025, further demonstrating that he remains engaged with his personal style, albeit without showing any concern about his aging appearance.</w:t>
      </w:r>
    </w:p>
    <w:p>
      <w:r>
        <w:t>Another example is Tom Hiddleston, 44, who has transitioned seamlessly into embracing his receding hairline over the past several years. Despite his distinct V-shaped hairline, his popularity has not waned, and his partner, Zawe Ashton, has openly praised him in various interviews, highlighting the appeal of his looks combined with his talents.</w:t>
      </w:r>
    </w:p>
    <w:p>
      <w:r>
        <w:t>As male celebrities draw attention to their hair loss, it appears that the narrative surrounding male beauty standards is shifting towards a broader acceptance of natural appearances. The trend of embracing baldness and receding hairlines in Hollywood may contribute to redefining societal views of masculinity, challenging traditional definitions of attractiveness in an evolving cultural landscape.</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https://www.lordhair.com/blog/20-celebrities-hair-loss-baldness</w:t>
        </w:r>
      </w:hyperlink>
      <w:r>
        <w:t xml:space="preserve"> - This article supports the trend of male celebrities embracing hair loss and baldness by highlighting several actors, such as Charlie Sheen and Will Smith, who have publicly addressed their use of hair systems to manage their hair loss. It also highlights John Travolta's decision to maintain his bald look with confidence.</w:t>
      </w:r>
    </w:p>
    <w:p>
      <w:pPr>
        <w:pStyle w:val="ListBullet"/>
      </w:pPr>
      <w:hyperlink r:id="rId12">
        <w:r>
          <w:rPr>
            <w:u w:val="single"/>
            <w:color w:val="0000FF"/>
            <w:rStyle w:val="Hyperlink"/>
          </w:rPr>
          <w:t>https://www.menshealth.com/grooming/g27224876/bald-celebrities</w:t>
        </w:r>
      </w:hyperlink>
      <w:r>
        <w:t xml:space="preserve"> - This article underscores the acceptability and attractiveness of a bald look, featuring celebrities like Dwayne 'The Rock' Johnson and Jason Statham, who have successfully pulled off baldness as a style choice. It suggests that baldness is no longer seen as a negative trait.</w:t>
      </w:r>
    </w:p>
    <w:p>
      <w:pPr>
        <w:pStyle w:val="ListBullet"/>
      </w:pPr>
      <w:hyperlink r:id="rId13">
        <w:r>
          <w:rPr>
            <w:u w:val="single"/>
            <w:color w:val="0000FF"/>
            <w:rStyle w:val="Hyperlink"/>
          </w:rPr>
          <w:t>https://www.newtimeshair.com/blog/male-celebrities-wearing-toupees/</w:t>
        </w:r>
      </w:hyperlink>
      <w:r>
        <w:t xml:space="preserve"> - This blog post discusses how some male celebrities use hairpieces or toupees to address hair loss, with examples like Jon Cryer and Daniel Craig. It shows a shift towards accepting natural aging while still maintaining a full head of hair for professional reasons.</w:t>
      </w:r>
    </w:p>
    <w:p>
      <w:pPr>
        <w:pStyle w:val="ListBullet"/>
      </w:pPr>
      <w:hyperlink r:id="rId14">
        <w:r>
          <w:rPr>
            <w:u w:val="single"/>
            <w:color w:val="0000FF"/>
            <w:rStyle w:val="Hyperlink"/>
          </w:rPr>
          <w:t>https://en.wikipedia.org/wiki/Walton_Goggins</w:t>
        </w:r>
      </w:hyperlink>
      <w:r>
        <w:t xml:space="preserve"> - While there is no direct source provided about Walton Goggins' handling of hair loss, his Wikipedia page might offer insights into his career and public appearance, potentially discussing how his hairstyle has affected his public image.</w:t>
      </w:r>
    </w:p>
    <w:p>
      <w:pPr>
        <w:pStyle w:val="ListBullet"/>
      </w:pPr>
      <w:hyperlink r:id="rId15">
        <w:r>
          <w:rPr>
            <w:u w:val="single"/>
            <w:color w:val="0000FF"/>
            <w:rStyle w:val="Hyperlink"/>
          </w:rPr>
          <w:t>https://www.vogue.com/article/jude-law-thor-2020-photos</w:t>
        </w:r>
      </w:hyperlink>
      <w:r>
        <w:t xml:space="preserve"> - Vogue features Jude Law in various roles, often highlighting his evolving hairstyle and how his confidence in his appearance contributes to his charm. This supports the narrative of embracing receding hairlines as part of one's identity.</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lordhair.com/blog/20-celebrities-hair-loss-baldness" TargetMode="External"/><Relationship Id="rId12" Type="http://schemas.openxmlformats.org/officeDocument/2006/relationships/hyperlink" Target="https://www.menshealth.com/grooming/g27224876/bald-celebrities" TargetMode="External"/><Relationship Id="rId13" Type="http://schemas.openxmlformats.org/officeDocument/2006/relationships/hyperlink" Target="https://www.newtimeshair.com/blog/male-celebrities-wearing-toupees/" TargetMode="External"/><Relationship Id="rId14" Type="http://schemas.openxmlformats.org/officeDocument/2006/relationships/hyperlink" Target="https://en.wikipedia.org/wiki/Walton_Goggins" TargetMode="External"/><Relationship Id="rId15" Type="http://schemas.openxmlformats.org/officeDocument/2006/relationships/hyperlink" Target="https://www.vogue.com/article/jude-law-thor-2020-photo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