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Teen found guilty of murdering mother and siblings planned school shooting</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19-year-old man has been found guilty of murdering his mother and two siblings in Luton, Bedfordshire, and was revealed to have been plotting a potential shooting at his former primary school. Nicholas Prosper admitted to the murders of Juliana Falcon, 48, and his siblings, Giselle Prosper, 13, and Kyle Prosper, 16, during a previous court appearance.</w:t>
      </w:r>
    </w:p>
    <w:p>
      <w:r>
        <w:t>The tragic events unfolded on 13 September last year in their family home situated on Leabank, just off Wauluds Bank Drive. Following the killings, Prosper approached two police officers on Bramingham Road approximately two hours later and led them to the location where he had concealed a shotgun along with a bag containing 33 cartridges.</w:t>
      </w:r>
    </w:p>
    <w:p>
      <w:r>
        <w:t>Nicholas Prosper has also pleaded guilty to several charges, including purchasing a shotgun without a valid certificate, possession of a shotgun with intent to endanger life, and possession of a kitchen knife in a public place. He is scheduled to appear at Luton Crown Court on Tuesday for a sentencing hearing that is anticipated to extend into Wednesday.</w:t>
      </w:r>
    </w:p>
    <w:p>
      <w:r>
        <w:t>Concerns were raised about Prosper's plans to conduct a shooting at St Joseph's Catholic Primary School, which he and his siblings had once attended. Following Prosper's guilty plea, Headteacher Maureen Murphy expressed that the school staff were “very shocked” to learn about the threat but assured that there was no ongoing danger to the school community.</w:t>
      </w:r>
    </w:p>
    <w:p>
      <w:r>
        <w:t>Detective Chief Inspector Sam Khanna, who is part of the Bedfordshire, Cambridgeshire and Hertfordshire Major Crime Unit, described the case as unparalleled in his experience with murder investigations. He stated, “In all my years working on murder investigations, I have never known a case quite like this. Not only were three innocent lives taken in such brutal circumstances, but we then learnt of Prosper's plans to carry out a shooting at a school, something which left our whole investigation team in shock and disbelief.” Khanna expressed gratitude towards the arresting officers for their role in averting a further tragedy.</w:t>
      </w:r>
    </w:p>
    <w:p>
      <w:r>
        <w:t>Luton Council's leader, Councillor Hazel Simmons, commented on the distressing nature of the revelations, acknowledging the emotional impact this news may have on children, staff, parents, and caregivers within the school community. She stated, “The revelation that the perpetrator had plans to cause further harm in one of our schools is extremely shocking, distressing and upsetting; and we don't underestimate the emotional difficulty this news will have on children, staff, parents and carers across our school community.” Simmons reassured the public that the schools have strong safety systems in place, with security measures consistently reviewed and monitored.</w:t>
      </w:r>
    </w:p>
    <w:p>
      <w:r>
        <w:t>The upcoming sentencing of Nicholas Prosper is expected to draw significant public and media attention, reflecting the profound implications of this case for the Luton community and beyond.</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https://www.beds.police.uk/news/bedfordshire/news/2025/02-february/man-pleads-guilty-to-murdering-three-members-of-his-own-family/</w:t>
        </w:r>
      </w:hyperlink>
      <w:r>
        <w:t xml:space="preserve"> - This article corroborates Nicholas Prosper's guilty plea for murdering his family members and his plans to carry out a school shooting. It also details the charges he faced and the upcoming sentencing.</w:t>
      </w:r>
    </w:p>
    <w:p>
      <w:pPr>
        <w:pStyle w:val="ListBullet"/>
      </w:pPr>
      <w:hyperlink r:id="rId12">
        <w:r>
          <w:rPr>
            <w:u w:val="single"/>
            <w:color w:val="0000FF"/>
            <w:rStyle w:val="Hyperlink"/>
          </w:rPr>
          <w:t>https://en.wikipedia.org/wiki/Prosper_family_murders</w:t>
        </w:r>
      </w:hyperlink>
      <w:r>
        <w:t xml:space="preserve"> - This Wikipedia entry provides background information on the Prosper family murders, including the victims and the perpetrator, Nicholas Prosper. It also mentions the location and date of the incident.</w:t>
      </w:r>
    </w:p>
    <w:p>
      <w:pPr>
        <w:pStyle w:val="ListBullet"/>
      </w:pPr>
      <w:hyperlink r:id="rId13">
        <w:r>
          <w:rPr>
            <w:u w:val="single"/>
            <w:color w:val="0000FF"/>
            <w:rStyle w:val="Hyperlink"/>
          </w:rPr>
          <w:t>https://www.cps.gov.uk/thames-and-chiltern/news/teen-who-shot-dead-mother-brother-and-sister-pleads-guilty-murders</w:t>
        </w:r>
      </w:hyperlink>
      <w:r>
        <w:t xml:space="preserve"> - This Crown Prosecution Service news release confirms Nicholas Prosper's guilty plea for the murders and outlines the charges he admitted to, including firearm offenses.</w:t>
      </w:r>
    </w:p>
    <w:p>
      <w:pPr>
        <w:pStyle w:val="ListBullet"/>
      </w:pPr>
      <w:hyperlink r:id="rId14">
        <w:r>
          <w:rPr>
            <w:u w:val="single"/>
            <w:color w:val="0000FF"/>
            <w:rStyle w:val="Hyperlink"/>
          </w:rPr>
          <w:t>https://www.beds.police.uk/</w:t>
        </w:r>
      </w:hyperlink>
      <w:r>
        <w:t xml:space="preserve"> - This is the official website of Bedfordshire Police, which would have information on local crime incidents, including the Prosper family murders. However, specific details might not be available without searching within the site.</w:t>
      </w:r>
    </w:p>
    <w:p>
      <w:pPr>
        <w:pStyle w:val="ListBullet"/>
      </w:pPr>
      <w:hyperlink r:id="rId15">
        <w:r>
          <w:rPr>
            <w:u w:val="single"/>
            <w:color w:val="0000FF"/>
            <w:rStyle w:val="Hyperlink"/>
          </w:rPr>
          <w:t>https://www.luton.gov.uk/</w:t>
        </w:r>
      </w:hyperlink>
      <w:r>
        <w:t xml:space="preserve"> - This is the official website of Luton Council, which might provide information on community responses and safety measures following the incident. However, specific details might require searching within the site.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beds.police.uk/news/bedfordshire/news/2025/02-february/man-pleads-guilty-to-murdering-three-members-of-his-own-family/" TargetMode="External"/><Relationship Id="rId12" Type="http://schemas.openxmlformats.org/officeDocument/2006/relationships/hyperlink" Target="https://en.wikipedia.org/wiki/Prosper_family_murders" TargetMode="External"/><Relationship Id="rId13" Type="http://schemas.openxmlformats.org/officeDocument/2006/relationships/hyperlink" Target="https://www.cps.gov.uk/thames-and-chiltern/news/teen-who-shot-dead-mother-brother-and-sister-pleads-guilty-murders" TargetMode="External"/><Relationship Id="rId14" Type="http://schemas.openxmlformats.org/officeDocument/2006/relationships/hyperlink" Target="https://www.beds.police.uk/" TargetMode="External"/><Relationship Id="rId15" Type="http://schemas.openxmlformats.org/officeDocument/2006/relationships/hyperlink" Target="https://www.luton.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