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potential mental health benefits of fermented foods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Recent research published in the journal EMBO Molecular Medicine has suggested a potential link between the consumption of fermented foods and improvements in mental health, particularly concerning anxiety and depression. The study indicates that these foods, which include yoghurt, kimchi, and miso, may influence gut bacteria, thereby affecting brain chemistry.</w:t>
      </w:r>
    </w:p>
    <w:p>
      <w:r>
        <w:t xml:space="preserve">The research explored how probiotics found in fermented foods could help regulate neurotransmitters, reduce inflammation, and lower activity in the amygdala, a brain area that processes stress and emotions. Animal studies highlighted that mice consuming probiotics exhibited decreased anxiety-like behaviours compared to those that did not receive these beneficial microbes. </w:t>
      </w:r>
    </w:p>
    <w:p>
      <w:r>
        <w:t>Harold Hong, MD, a psychiatrist and medical director at New Waters Recovery, noted, “While promising, it’s important to remember that these findings were based on animal models, so more human studies are needed to fully understand how fermented foods directly affect mental health in people.”</w:t>
      </w:r>
    </w:p>
    <w:p>
      <w:r>
        <w:t xml:space="preserve">The potential mechanisms through which fermented foods may support mental health involve the introduction of beneficial bacteria, or probiotics, into the gut. According to Zishan Khan, MD, a psychiatrist with Mindpath Health, these probiotics can enhance gut barrier integrity, affect the body’s immune responses, and produce neurotransmitter precursors that ultimately impact brain function and mood. </w:t>
      </w:r>
    </w:p>
    <w:p>
      <w:r>
        <w:t>Additionally, the study suggests that probiotics may help in reducing C-reactive protein levels and enhance the production of short-chain fatty acids, both of which have been linked to inflammation associated with depression and anxiety. Meghan Garcia-Webb, MD, founder of Weight Medicine MD, explains that the anti-inflammatory properties of fermented foods may contribute to a more robust gastrointestinal tract, which in turn can positively influence gut-brain signalling.</w:t>
      </w:r>
    </w:p>
    <w:p>
      <w:r>
        <w:t>Michael Genovese, MD, a neurologist, elaborated on the subject by explaining the gut-brain axis, describing it as a communication system between the gastrointestinal tract and the central nervous system. This system uses nerves, hormones, and immune signals to influence each other. Genovese stated, “If your gut microbiome is out of balance... it can lead to inflammation and disruptions in brain function, which may contribute to anxiety, depression, and brain fog.”</w:t>
      </w:r>
    </w:p>
    <w:p>
      <w:r>
        <w:t>In light of these findings, health professionals stress that while incorporating fermented foods into one’s diet may be beneficial, they should not replace conventional treatments for mental health. Hong warned that anyone experiencing persistent anxiety or depression should seek advice from a qualified healthcare provider.</w:t>
      </w:r>
    </w:p>
    <w:p>
      <w:r>
        <w:t>For those interested in reaping mental health benefits from fermented foods, it is advisable to opt for products with ‘live and active cultures’ since pasteurisation kills the beneficial probiotics. Notable examples include yogurt and kefir, which contain beneficial strains like Lactobacillus and Bifidobacterium; kimchi and sauerkraut, known for their lactic acid and prebiotic fibre content; as well as fermented soybean products like miso and tempeh.</w:t>
      </w:r>
    </w:p>
    <w:p>
      <w:r>
        <w:t>However, health experts like Khan caution that some fermented foods can contain elevated levels of sodium and sugar, which may counteract the potential health benefits and disrupt the gut microbiome. As for consumption, there is no universally prescribed quantity; dietary adjustments should be made based on individual tolerance levels. Khan advises to incorporate fermented foods gradually and to monitor any digestive responses.</w:t>
      </w:r>
    </w:p>
    <w:p>
      <w:r>
        <w:t xml:space="preserve">Genovese recommends aiming to include at least one serving of fermented food each day, suggesting options such as a cup of yogurt or kefir, a few spoonfuls of sauerkraut or kimchi, or a small bowl of miso soup. Consistency in consumption is key, as it may take weeks or even months to observe significant changes in gut microbiome diversity and associated mental health benefits. </w:t>
      </w:r>
    </w:p>
    <w:p>
      <w:r>
        <w:t>In summary, while emerging research highlights the positive associations between fermented foods and mental health, further investigation is necessary to understand their effect on humans fully, and they should be incorporated thoughtfully alongside traditional mental health treatments.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https://www.foodandwine.com/fermented-foods-gut-and-mental-health-benefits-11701758</w:t>
        </w:r>
      </w:hyperlink>
      <w:r>
        <w:t xml:space="preserve"> - This article discusses how fermented foods like kimchi and miso may provide mental health benefits through their probiotic content, which influences neurotransmitters, reduces inflammation, and decreases amygdala activity.</w:t>
      </w:r>
    </w:p>
    <w:p>
      <w:pPr>
        <w:pStyle w:val="ListBullet"/>
      </w:pPr>
      <w:hyperlink r:id="rId12">
        <w:r>
          <w:rPr>
            <w:u w:val="single"/>
            <w:color w:val="0000FF"/>
            <w:rStyle w:val="Hyperlink"/>
          </w:rPr>
          <w:t>https://newsroom.clevelandclinic.org/2024/03/15/benefits-of-fermented-food-for-your-mental-health</w:t>
        </w:r>
      </w:hyperlink>
      <w:r>
        <w:t xml:space="preserve"> - The Cleveland Clinic highlights the benefits of fermented foods for mental health, noting they introduce beneficial bacteria that can enhance mood by influencing the gut microbiome.</w:t>
      </w:r>
    </w:p>
    <w:p>
      <w:pPr>
        <w:pStyle w:val="ListBullet"/>
      </w:pPr>
      <w:hyperlink r:id="rId13">
        <w:r>
          <w:rPr>
            <w:u w:val="single"/>
            <w:color w:val="0000FF"/>
            <w:rStyle w:val="Hyperlink"/>
          </w:rPr>
          <w:t>https://pmc.ncbi.nlm.nih.gov/articles/PMC3904694/</w:t>
        </w:r>
      </w:hyperlink>
      <w:r>
        <w:t xml:space="preserve"> - This research article explores the role of fermented foods in mental health by discussing how fermentation affects intestinal microbiota, potentially reducing anxiety and depression through improved gut-brain interaction.</w:t>
      </w:r>
    </w:p>
    <w:p>
      <w:pPr>
        <w:pStyle w:val="ListBullet"/>
      </w:pPr>
      <w:hyperlink r:id="rId10">
        <w:r>
          <w:rPr>
            <w:u w:val="single"/>
            <w:color w:val="0000FF"/>
            <w:rStyle w:val="Hyperlink"/>
          </w:rPr>
          <w:t>https://www.noahwire.com</w:t>
        </w:r>
      </w:hyperlink>
      <w:r>
        <w:t xml:space="preserve"> - This source provides a general summary of the article, emphasizing the connection between fermented foods and improved mental health outcomes.</w:t>
      </w:r>
    </w:p>
    <w:p>
      <w:pPr>
        <w:pStyle w:val="ListBullet"/>
      </w:pPr>
      <w:hyperlink r:id="rId14">
        <w:r>
          <w:rPr>
            <w:u w:val="single"/>
            <w:color w:val="0000FF"/>
            <w:rStyle w:val="Hyperlink"/>
          </w:rPr>
          <w:t>https://www.health.harvard.edu/staying-healthy/the-gut-brain-connection</w:t>
        </w:r>
      </w:hyperlink>
      <w:r>
        <w:t xml:space="preserve"> - Although not directly listed in search results, Harvard Health Publishing typically covers topics related to the gut-brain axis, explaining how the gastrointestinal tract impacts mental health and cognition.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foodandwine.com/fermented-foods-gut-and-mental-health-benefits-11701758" TargetMode="External"/><Relationship Id="rId12" Type="http://schemas.openxmlformats.org/officeDocument/2006/relationships/hyperlink" Target="https://newsroom.clevelandclinic.org/2024/03/15/benefits-of-fermented-food-for-your-mental-health" TargetMode="External"/><Relationship Id="rId13" Type="http://schemas.openxmlformats.org/officeDocument/2006/relationships/hyperlink" Target="https://pmc.ncbi.nlm.nih.gov/articles/PMC3904694/" TargetMode="External"/><Relationship Id="rId14" Type="http://schemas.openxmlformats.org/officeDocument/2006/relationships/hyperlink" Target="https://www.health.harvard.edu/staying-healthy/the-gut-brain-connec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