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Speculation grows over Zelensky's potential resignation amidst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Speculation surrounding the potential resignation of Ukrainian President Volodymyr Zelensky heightened over the weekend, following a turbulent week that underscores the fragility of leadership in times of crisis. Amid ongoing discussions regarding a peace agreement with Russia, Zelensky has suggested that he might consider stepping down—although it raises serious concerns about the motives behind such a drastic decision.</w:t>
      </w:r>
      <w:r/>
    </w:p>
    <w:p>
      <w:r/>
      <w:r>
        <w:t>Following a heated exchange in the Oval Office on Friday, where US President Donald Trump labeled Zelensky a “dictator” for failing to call elections while Ukraine remains embroiled in conflict, the call for Zelensky to relinquish power by factions within the US Republican leadership serves as a stark warning about external pressures on Ukraine's sovereignty. Republican House Speaker Mike Johnson’s remark that Zelensky's departure might be crucial for brokering peace only amplifies the necessity for a strong, stable leader who prioritizes Ukraine's interests.</w:t>
      </w:r>
      <w:r/>
    </w:p>
    <w:p>
      <w:r/>
      <w:r>
        <w:t>In a striking response to the growing pressure, Zelensky declared a willingness to resign if it meant securing Ukraine's NATO membership. This stance, while significant, raises alarms about whether appeasing foreign powers is becoming a condition for his leadership. “If I’m exchangeable for NATO membership, then I have fulfilled my mission,” he remarked—a troubling sentiment that indicates a potential compromise on national interests. This reveals a precarious balance that may not reflect the will of the Ukrainian people, particularly amidst a complicated geopolitical landscape.</w:t>
      </w:r>
      <w:r/>
    </w:p>
    <w:p>
      <w:r/>
      <w:r>
        <w:t>Reports detail Zelensky's mixed reactions to the criticism from US officials as he prepares for further negotiations that seem increasingly dictated by external powers rather than internal consensus about Ukraine’s leadership. While he suggests he is “ready to sign” a peace agreement, the specifics remain vague—a concerning lack of clarity at a crucial time.</w:t>
      </w:r>
      <w:r/>
    </w:p>
    <w:p>
      <w:r/>
      <w:r>
        <w:t>In the UK, the reactions from political figures have starkly illustrated the necessity for a more decisive approach towards international negotiations. Labour leader Sir Keir Starmer expressed misguided trust in both Trump and Zelensky, believing that the US president's dealings could yield a durable peace. This naive optimism overlooks the realities of how negotiations often compromise national integrity, emphasizing that the decision regarding Ukraine’s leadership should decisively rest with the Ukrainian populace, not under duress from foreign dignitaries.</w:t>
      </w:r>
      <w:r/>
    </w:p>
    <w:p>
      <w:r/>
      <w:r>
        <w:t>As diplomatic efforts endure and the pressure on Zelensky grows, the unfolding situation raises profound questions about the leadership of Ukraine and its implications for the ongoing conflict with Russia. The results of the recent UK elections should serve as a stark reminder of the need for strong, independent leadership—a sentiment echoing the calls for resolute governance amidst uncertainty. In a world where the UK's political landscape is shifting, those in charge must prioritize nation-first strategies that align with democratic values rather than backing leaders who may falter under foreign influence.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https://en.wikipedia.org/wiki/Peace_negotiations_in_the_Russian_invasion_of_Ukraine</w:t>
        </w:r>
      </w:hyperlink>
      <w:r>
        <w:t xml:space="preserve"> - This URL supports the ongoing discussions regarding a peace agreement between Ukraine and Russia, highlighting the complexities and challenges in achieving a lasting resolution.</w:t>
      </w:r>
      <w:r/>
    </w:p>
    <w:p>
      <w:pPr>
        <w:pStyle w:val="ListNumber"/>
        <w:spacing w:line="240" w:lineRule="auto"/>
        <w:ind w:left="720"/>
      </w:pPr>
      <w:r/>
      <w:hyperlink r:id="rId11">
        <w:r>
          <w:rPr>
            <w:color w:val="0000EE"/>
            <w:u w:val="single"/>
          </w:rPr>
          <w:t>https://www.bbc.com/news/world-europe-64544434</w:t>
        </w:r>
      </w:hyperlink>
      <w:r>
        <w:t xml:space="preserve"> - This URL could provide context on the geopolitical pressures and negotiations involving Ukraine, though specific details about Zelensky's potential resignation or Trump's involvement might not be covered.</w:t>
      </w:r>
      <w:r/>
    </w:p>
    <w:p>
      <w:pPr>
        <w:pStyle w:val="ListNumber"/>
        <w:spacing w:line="240" w:lineRule="auto"/>
        <w:ind w:left="720"/>
      </w:pPr>
      <w:r/>
      <w:hyperlink r:id="rId12">
        <w:r>
          <w:rPr>
            <w:color w:val="0000EE"/>
            <w:u w:val="single"/>
          </w:rPr>
          <w:t>https://www.aljazeera.com/news/2024/6/14/putin-outlines-russias-terms-for-ukraine-ceasefire</w:t>
        </w:r>
      </w:hyperlink>
      <w:r>
        <w:t xml:space="preserve"> - This URL corroborates Russia's terms for a ceasefire, including Ukraine's neutrality and abandonment of NATO membership plans, which aligns with the broader context of negotiations.</w:t>
      </w:r>
      <w:r/>
    </w:p>
    <w:p>
      <w:pPr>
        <w:pStyle w:val="ListNumber"/>
        <w:spacing w:line="240" w:lineRule="auto"/>
        <w:ind w:left="720"/>
      </w:pPr>
      <w:r/>
      <w:hyperlink r:id="rId13">
        <w:r>
          <w:rPr>
            <w:color w:val="0000EE"/>
            <w:u w:val="single"/>
          </w:rPr>
          <w:t>https://www.reuters.com/world/europe/ukraine-crisis-what-you-need-know-2024-02-27/</w:t>
        </w:r>
      </w:hyperlink>
      <w:r>
        <w:t xml:space="preserve"> - This URL provides an overview of the Ukraine crisis, including the ongoing conflict and peace negotiations, which supports the article's discussion on the fragility of leadership during crises.</w:t>
      </w:r>
      <w:r/>
    </w:p>
    <w:p>
      <w:pPr>
        <w:pStyle w:val="ListNumber"/>
        <w:spacing w:line="240" w:lineRule="auto"/>
        <w:ind w:left="720"/>
      </w:pPr>
      <w:r/>
      <w:hyperlink r:id="rId14">
        <w:r>
          <w:rPr>
            <w:color w:val="0000EE"/>
            <w:u w:val="single"/>
          </w:rPr>
          <w:t>https://www.theguardian.com/world/2023/sep/27/russia-ukraine-peace-talks-lavrov</w:t>
        </w:r>
      </w:hyperlink>
      <w:r>
        <w:t xml:space="preserve"> - This URL supports the ongoing efforts for peace talks between Russia and Ukraine, highlighting the challenges and differing positions of both sides.</w:t>
      </w:r>
      <w:r/>
    </w:p>
    <w:p>
      <w:pPr>
        <w:pStyle w:val="ListNumber"/>
        <w:spacing w:line="240" w:lineRule="auto"/>
        <w:ind w:left="720"/>
      </w:pPr>
      <w:r/>
      <w:hyperlink r:id="rId15">
        <w:r>
          <w:rPr>
            <w:color w:val="0000EE"/>
            <w:u w:val="single"/>
          </w:rPr>
          <w:t>https://www.politico.eu/article/ukraine-russia-peace-talks-ukrainian-president-volodymyr-zelenskyy/</w:t>
        </w:r>
      </w:hyperlink>
      <w:r>
        <w:t xml:space="preserve"> - This URL could provide insights into Zelensky's stance on peace negotiations and the external pressures he faces, though specific details about his potential resignation might not be covered.</w:t>
      </w:r>
      <w:r/>
    </w:p>
    <w:p>
      <w:pPr>
        <w:pStyle w:val="ListNumber"/>
        <w:spacing w:line="240" w:lineRule="auto"/>
        <w:ind w:left="720"/>
      </w:pPr>
      <w:r/>
      <w:hyperlink r:id="rId16">
        <w:r>
          <w:rPr>
            <w:color w:val="0000EE"/>
            <w:u w:val="single"/>
          </w:rPr>
          <w:t>https://www.express.co.uk/news/world/2021682/should-zelenksy-resign-poll-ukraine-russia-war-trump</w:t>
        </w:r>
      </w:hyperlink>
      <w:r>
        <w:t xml:space="preserve"> - Please view link - unable to able to access data</w:t>
      </w:r>
      <w:r/>
    </w:p>
    <w:p>
      <w:pPr>
        <w:pStyle w:val="ListNumber"/>
        <w:spacing w:line="240" w:lineRule="auto"/>
        <w:ind w:left="720"/>
      </w:pPr>
      <w:r/>
      <w:hyperlink r:id="rId17">
        <w:r>
          <w:rPr>
            <w:color w:val="0000EE"/>
            <w:u w:val="single"/>
          </w:rPr>
          <w:t>https://www.independent.co.uk/tv/news/pro-ukraine-protest-trump-zelensky-clash-white-house-b2707799.html</w:t>
        </w:r>
      </w:hyperlink>
      <w:r>
        <w:t xml:space="preserve"> - Please view link - unable to able to access data</w:t>
      </w:r>
      <w:r/>
    </w:p>
    <w:p>
      <w:pPr>
        <w:pStyle w:val="ListNumber"/>
        <w:spacing w:line="240" w:lineRule="auto"/>
        <w:ind w:left="720"/>
      </w:pPr>
      <w:r/>
      <w:hyperlink r:id="rId18">
        <w:r>
          <w:rPr>
            <w:color w:val="0000EE"/>
            <w:u w:val="single"/>
          </w:rPr>
          <w:t>https://www.independent.co.uk/tv/news/starmer-trust-trump-ukraine-peace-zelensky-b2707798.html</w:t>
        </w:r>
      </w:hyperlink>
      <w:r>
        <w:t xml:space="preserve"> - Please view link - unable to able to access data</w:t>
      </w:r>
      <w:r/>
    </w:p>
    <w:p>
      <w:pPr>
        <w:pStyle w:val="ListNumber"/>
        <w:spacing w:line="240" w:lineRule="auto"/>
        <w:ind w:left="720"/>
      </w:pPr>
      <w:r/>
      <w:hyperlink r:id="rId19">
        <w:r>
          <w:rPr>
            <w:color w:val="0000EE"/>
            <w:u w:val="single"/>
          </w:rPr>
          <w:t>https://www.thetimes.com/uk/politics/article/ukraine-war-live-zelensky-starmer-peace-deal-latest-news-xrsdx9hws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Peace_negotiations_in_the_Russian_invasion_of_Ukraine" TargetMode="External"/><Relationship Id="rId11" Type="http://schemas.openxmlformats.org/officeDocument/2006/relationships/hyperlink" Target="https://www.bbc.com/news/world-europe-64544434" TargetMode="External"/><Relationship Id="rId12" Type="http://schemas.openxmlformats.org/officeDocument/2006/relationships/hyperlink" Target="https://www.aljazeera.com/news/2024/6/14/putin-outlines-russias-terms-for-ukraine-ceasefire" TargetMode="External"/><Relationship Id="rId13" Type="http://schemas.openxmlformats.org/officeDocument/2006/relationships/hyperlink" Target="https://www.reuters.com/world/europe/ukraine-crisis-what-you-need-know-2024-02-27/" TargetMode="External"/><Relationship Id="rId14" Type="http://schemas.openxmlformats.org/officeDocument/2006/relationships/hyperlink" Target="https://www.theguardian.com/world/2023/sep/27/russia-ukraine-peace-talks-lavrov" TargetMode="External"/><Relationship Id="rId15" Type="http://schemas.openxmlformats.org/officeDocument/2006/relationships/hyperlink" Target="https://www.politico.eu/article/ukraine-russia-peace-talks-ukrainian-president-volodymyr-zelenskyy/" TargetMode="External"/><Relationship Id="rId16" Type="http://schemas.openxmlformats.org/officeDocument/2006/relationships/hyperlink" Target="https://www.express.co.uk/news/world/2021682/should-zelenksy-resign-poll-ukraine-russia-war-trump" TargetMode="External"/><Relationship Id="rId17" Type="http://schemas.openxmlformats.org/officeDocument/2006/relationships/hyperlink" Target="https://www.independent.co.uk/tv/news/pro-ukraine-protest-trump-zelensky-clash-white-house-b2707799.html" TargetMode="External"/><Relationship Id="rId18" Type="http://schemas.openxmlformats.org/officeDocument/2006/relationships/hyperlink" Target="https://www.independent.co.uk/tv/news/starmer-trust-trump-ukraine-peace-zelensky-b2707798.html" TargetMode="External"/><Relationship Id="rId19" Type="http://schemas.openxmlformats.org/officeDocument/2006/relationships/hyperlink" Target="https://www.thetimes.com/uk/politics/article/ukraine-war-live-zelensky-starmer-peace-deal-latest-news-xrsdx9h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