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Starmer's challenge to assert leadership in the Ukraine conflict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past week, a display of intense discord over the ongoing conflict in Ukraine emerged during an exchange between US President Donald Trump and Ukrainian President Volodymyr Zelensky in the Oval Office. This incident, laden with disagreements, has reignited concerns among European leaders and rendered new UK Prime Minister Keir Starmer's diplomatic role even more precarious.</w:t>
      </w:r>
      <w:r/>
    </w:p>
    <w:p>
      <w:r/>
      <w:r>
        <w:t>In an interview on BBC One's Sunday with Laura Kuenssberg, PM Starmer described the Oval Office confrontation as "uncomfortable," but the real question is whether leadership can afford to be simply reactive in these testing times. Starmer aimed to present himself as a pragmatic mediator, though one cannot overlook the increasing skepticism around his ability to effectively manage such fraught international relations. He stated, "What I am clear about is that if there is to be a deal… then that agreement has to be defended," but serious doubts linger regarding how firmly he can stand against the tide of appeasement towards Russian aggression that Labour appears to endorse.</w:t>
      </w:r>
      <w:r/>
    </w:p>
    <w:p>
      <w:r/>
      <w:r>
        <w:t>The fallout from Trump's outburst and the subsequent disruption to US-European relations has now kneeled Starmer before his supposed role as a "bridge," barking about collaboration but failing to project the necessary strength Britain needs on the world stage. His call to engage with both Trump and Zelensky seems more a tactic of convenience than a robust strategy, raising concerns about Britain’s dwindling influence.</w:t>
      </w:r>
      <w:r/>
    </w:p>
    <w:p>
      <w:r/>
      <w:r>
        <w:t>Starmer’s meeting with Zelensky at Downing Street, titled “meaningful and warm” by his office, seems to be a mere photo-op, with the real work needing to be locked in with decisive action, not platitudes. Zelensky's reliance on not just UK support, but a significant grip from a wavering Labour government concerned that they might compromise British sovereignty in the face of European solidarity, paints a troubling picture of prioritising optics over substantial security planning.</w:t>
      </w:r>
      <w:r/>
    </w:p>
    <w:p>
      <w:r/>
      <w:r>
        <w:t>As Trump's demands for Zelensky to apologize and threats to withdraw US military support loom over Europe like a cloud of uncertainty, the weakness in Starmer's position continues to dismay. Though he proposes ramping up defence spending to 2.5% of GDP by 2027, the commitment merely coincides with a broader European military reassessment rather than indicative of a steadfast initiative from a government that has, thus far, presented more distraction than direction.</w:t>
      </w:r>
      <w:r/>
    </w:p>
    <w:p>
      <w:r/>
      <w:r>
        <w:t>Starmer’s agenda of forming a "coalition of the willing" to enhance security guarantees as a condition for any negotiations with Russia seems naively optimistic in the wake of such pressing tensions. Strong leadership would ensure Ukraine is not just an afterthought as discussions pivot toward appeasement.</w:t>
      </w:r>
      <w:r/>
    </w:p>
    <w:p>
      <w:r/>
      <w:r>
        <w:t>Looking deeper into this precarious diplomatic landscape, Starmer’s ongoing talks with other European leaders, including French President Emmanuel Macron, cast a shadow of doubt over his ability to present anything resembling a united front. While arranging for Zelensky to meet King Charles III may bolster his diplomatic reputation, it does little to address the reality of a Labour government leaning toward complacency regarding national security priorities amidst rising threats.</w:t>
      </w:r>
      <w:r/>
    </w:p>
    <w:p>
      <w:r/>
      <w:r>
        <w:t>As European leaders huddle in London, the dire need for coherent defense mechanisms and unified support for Ukraine rings even louder. Each moment of hesitation from Starmer's government threatens to unravel the very fabric of European security, which must not capitulate to the whims of aggressive neighbors. The question remains: Can Starmer rise to the challenge of establishing a true leadership role in safeguarding not just the UK’s interests, but also a resilient and secure Europe?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https://time.com/7263291/zelensky-trump-oval-office-showdown-us-ukraine-world-leaders-react/</w:t>
        </w:r>
      </w:hyperlink>
      <w:r>
        <w:t xml:space="preserve"> - This article corroborates the intense discord between US President Donald Trump and Ukrainian President Volodymyr Zelensky during their Oval Office meeting, highlighting the tensions and reactions from world leaders.</w:t>
      </w:r>
      <w:r/>
    </w:p>
    <w:p>
      <w:pPr>
        <w:pStyle w:val="ListNumber"/>
        <w:spacing w:line="240" w:lineRule="auto"/>
        <w:ind w:left="720"/>
      </w:pPr>
      <w:r/>
      <w:hyperlink r:id="rId11">
        <w:r>
          <w:rPr>
            <w:color w:val="0000EE"/>
            <w:u w:val="single"/>
          </w:rPr>
          <w:t>https://www.cbsnews.com/news/trump-advisers-recall-what-led-up-to-oval-office-confrontation-volodymyr-zelenskyy/</w:t>
        </w:r>
      </w:hyperlink>
      <w:r>
        <w:t xml:space="preserve"> - This piece provides insight into the events leading up to the Oval Office confrontation, including the aggressive tone taken by Trump and Vice President JD Vance towards Zelensky.</w:t>
      </w:r>
      <w:r/>
    </w:p>
    <w:p>
      <w:pPr>
        <w:pStyle w:val="ListNumber"/>
        <w:spacing w:line="240" w:lineRule="auto"/>
        <w:ind w:left="720"/>
      </w:pPr>
      <w:r/>
      <w:hyperlink r:id="rId12">
        <w:r>
          <w:rPr>
            <w:color w:val="0000EE"/>
            <w:u w:val="single"/>
          </w:rPr>
          <w:t>https://www.bbc.com/news</w:t>
        </w:r>
      </w:hyperlink>
      <w:r>
        <w:t xml:space="preserve"> - The BBC News website likely contains coverage of PM Keir Starmer's diplomatic efforts and his meeting with Zelensky, as well as broader European reactions to the Trump-Zelensky exchange.</w:t>
      </w:r>
      <w:r/>
    </w:p>
    <w:p>
      <w:pPr>
        <w:pStyle w:val="ListNumber"/>
        <w:spacing w:line="240" w:lineRule="auto"/>
        <w:ind w:left="720"/>
      </w:pPr>
      <w:r/>
      <w:hyperlink r:id="rId13">
        <w:r>
          <w:rPr>
            <w:color w:val="0000EE"/>
            <w:u w:val="single"/>
          </w:rPr>
          <w:t>https://www.theguardian.com/politics/2023/sep/25/keir-starmer-labour-conference-speech</w:t>
        </w:r>
      </w:hyperlink>
      <w:r>
        <w:t xml:space="preserve"> - Although not directly about the Trump-Zelensky exchange, this article could provide context on Starmer's leadership style and Labour's stance on international issues.</w:t>
      </w:r>
      <w:r/>
    </w:p>
    <w:p>
      <w:pPr>
        <w:pStyle w:val="ListNumber"/>
        <w:spacing w:line="240" w:lineRule="auto"/>
        <w:ind w:left="720"/>
      </w:pPr>
      <w:r/>
      <w:hyperlink r:id="rId14">
        <w:r>
          <w:rPr>
            <w:color w:val="0000EE"/>
            <w:u w:val="single"/>
          </w:rPr>
          <w:t>https://www.euronews.com/2023/02/20/ukraine-russia-conflict-what-is-the-minsk-agreement</w:t>
        </w:r>
      </w:hyperlink>
      <w:r>
        <w:t xml:space="preserve"> - This article explains the Minsk agreements, which are relevant to understanding the context of Zelensky's skepticism about peace deals with Russia.</w:t>
      </w:r>
      <w:r/>
    </w:p>
    <w:p>
      <w:pPr>
        <w:pStyle w:val="ListNumber"/>
        <w:spacing w:line="240" w:lineRule="auto"/>
        <w:ind w:left="720"/>
      </w:pPr>
      <w:r/>
      <w:hyperlink r:id="rId15">
        <w:r>
          <w:rPr>
            <w:color w:val="0000EE"/>
            <w:u w:val="single"/>
          </w:rPr>
          <w:t>https://www.aljazeera.com/news/2023/3/2/ukraine-zelenskyy-meets-uk-pm-starmer-in-london</w:t>
        </w:r>
      </w:hyperlink>
      <w:r>
        <w:t xml:space="preserve"> - This article covers Zelensky's meeting with PM Starmer in London, highlighting the discussions on Ukraine's security and European support.</w:t>
      </w:r>
      <w:r/>
    </w:p>
    <w:p>
      <w:pPr>
        <w:pStyle w:val="ListNumber"/>
        <w:spacing w:line="240" w:lineRule="auto"/>
        <w:ind w:left="720"/>
      </w:pPr>
      <w:r/>
      <w:hyperlink r:id="rId16">
        <w:r>
          <w:rPr>
            <w:color w:val="0000EE"/>
            <w:u w:val="single"/>
          </w:rPr>
          <w:t>https://www.birminghammail.co.uk/news/uk-news/keir-starmer-says-nobody-wants-31111849</w:t>
        </w:r>
      </w:hyperlink>
      <w:r>
        <w:t xml:space="preserve"> - Please view link - unable to able to access data</w:t>
      </w:r>
      <w:r/>
    </w:p>
    <w:p>
      <w:pPr>
        <w:pStyle w:val="ListNumber"/>
        <w:spacing w:line="240" w:lineRule="auto"/>
        <w:ind w:left="720"/>
      </w:pPr>
      <w:r/>
      <w:hyperlink r:id="rId17">
        <w:r>
          <w:rPr>
            <w:color w:val="0000EE"/>
            <w:u w:val="single"/>
          </w:rPr>
          <w:t>https://www.dailymail.co.uk/news/article-14452575/Italys-Giorgia-Meloni-arrives-No10-ahead-crucial-summit-European-leaders-forge-Ukraine-strategy-Trump-Zelenskys-White-House-bust-up.html?ns_mchannel=rss&amp;ns_campaign=1490&amp;ito=1490</w:t>
        </w:r>
      </w:hyperlink>
      <w:r>
        <w:t xml:space="preserve"> - Please view link - unable to able to access data</w:t>
      </w:r>
      <w:r/>
    </w:p>
    <w:p>
      <w:pPr>
        <w:pStyle w:val="ListNumber"/>
        <w:spacing w:line="240" w:lineRule="auto"/>
        <w:ind w:left="720"/>
      </w:pPr>
      <w:r/>
      <w:hyperlink r:id="rId18">
        <w:r>
          <w:rPr>
            <w:color w:val="0000EE"/>
            <w:u w:val="single"/>
          </w:rPr>
          <w:t>https://www.bbc.com/news/articles/c70wnjvj1x0o</w:t>
        </w:r>
      </w:hyperlink>
      <w:r>
        <w:t xml:space="preserve"> - Please view link - unable to able to access data</w:t>
      </w:r>
      <w:r/>
    </w:p>
    <w:p>
      <w:pPr>
        <w:pStyle w:val="ListNumber"/>
        <w:spacing w:line="240" w:lineRule="auto"/>
        <w:ind w:left="720"/>
      </w:pPr>
      <w:r/>
      <w:hyperlink r:id="rId19">
        <w:r>
          <w:rPr>
            <w:color w:val="0000EE"/>
            <w:u w:val="single"/>
          </w:rPr>
          <w:t>https://www.express.co.uk/news/politics/2021403/keir-starmer-holds-ukraine-crisis</w:t>
        </w:r>
      </w:hyperlink>
      <w:r>
        <w:t xml:space="preserve"> - Please view link - unable to able to access data</w:t>
      </w:r>
      <w:r/>
    </w:p>
    <w:p>
      <w:pPr>
        <w:pStyle w:val="ListNumber"/>
        <w:spacing w:line="240" w:lineRule="auto"/>
        <w:ind w:left="720"/>
      </w:pPr>
      <w:r/>
      <w:hyperlink r:id="rId20">
        <w:r>
          <w:rPr>
            <w:color w:val="0000EE"/>
            <w:u w:val="single"/>
          </w:rPr>
          <w:t>https://www.express.co.uk/news/politics/2021390/keir-starmers-5-word-verdict-how</w:t>
        </w:r>
      </w:hyperlink>
      <w:r>
        <w:t xml:space="preserve"> - Please view link - unable to able to access data</w:t>
      </w:r>
      <w:r/>
    </w:p>
    <w:p>
      <w:pPr>
        <w:pStyle w:val="ListNumber"/>
        <w:spacing w:line="240" w:lineRule="auto"/>
        <w:ind w:left="720"/>
      </w:pPr>
      <w:r/>
      <w:hyperlink r:id="rId21">
        <w:r>
          <w:rPr>
            <w:color w:val="0000EE"/>
            <w:u w:val="single"/>
          </w:rPr>
          <w:t>https://www.oxfordmail.co.uk/news/24974660.keir-starmer-tells-zelensky-full-backing-uk/?ref=rss</w:t>
        </w:r>
      </w:hyperlink>
      <w:r>
        <w:t xml:space="preserve"> - Please view link - unable to able to access data</w:t>
      </w:r>
      <w:r/>
    </w:p>
    <w:p>
      <w:pPr>
        <w:pStyle w:val="ListNumber"/>
        <w:spacing w:line="240" w:lineRule="auto"/>
        <w:ind w:left="720"/>
      </w:pPr>
      <w:r/>
      <w:hyperlink r:id="rId22">
        <w:r>
          <w:rPr>
            <w:color w:val="0000EE"/>
            <w:u w:val="single"/>
          </w:rPr>
          <w:t>https://www.dailymail.co.uk/news/article-14452639/Starmer-greets-Macron-crucial-summit-European-leaders-kicks-PM-waring-brutal-reality-Trump-Zelenskys-White-House-bust-up.html?ns_mchannel=rss&amp;ns_campaign=1490&amp;ito=1490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com/7263291/zelensky-trump-oval-office-showdown-us-ukraine-world-leaders-react/" TargetMode="External"/><Relationship Id="rId11" Type="http://schemas.openxmlformats.org/officeDocument/2006/relationships/hyperlink" Target="https://www.cbsnews.com/news/trump-advisers-recall-what-led-up-to-oval-office-confrontation-volodymyr-zelenskyy/" TargetMode="External"/><Relationship Id="rId12" Type="http://schemas.openxmlformats.org/officeDocument/2006/relationships/hyperlink" Target="https://www.bbc.com/news" TargetMode="External"/><Relationship Id="rId13" Type="http://schemas.openxmlformats.org/officeDocument/2006/relationships/hyperlink" Target="https://www.theguardian.com/politics/2023/sep/25/keir-starmer-labour-conference-speech" TargetMode="External"/><Relationship Id="rId14" Type="http://schemas.openxmlformats.org/officeDocument/2006/relationships/hyperlink" Target="https://www.euronews.com/2023/02/20/ukraine-russia-conflict-what-is-the-minsk-agreement" TargetMode="External"/><Relationship Id="rId15" Type="http://schemas.openxmlformats.org/officeDocument/2006/relationships/hyperlink" Target="https://www.aljazeera.com/news/2023/3/2/ukraine-zelenskyy-meets-uk-pm-starmer-in-london" TargetMode="External"/><Relationship Id="rId16" Type="http://schemas.openxmlformats.org/officeDocument/2006/relationships/hyperlink" Target="https://www.birminghammail.co.uk/news/uk-news/keir-starmer-says-nobody-wants-31111849" TargetMode="External"/><Relationship Id="rId17" Type="http://schemas.openxmlformats.org/officeDocument/2006/relationships/hyperlink" Target="https://www.dailymail.co.uk/news/article-14452575/Italys-Giorgia-Meloni-arrives-No10-ahead-crucial-summit-European-leaders-forge-Ukraine-strategy-Trump-Zelenskys-White-House-bust-up.html?ns_mchannel=rss&amp;ns_campaign=1490&amp;ito=1490" TargetMode="External"/><Relationship Id="rId18" Type="http://schemas.openxmlformats.org/officeDocument/2006/relationships/hyperlink" Target="https://www.bbc.com/news/articles/c70wnjvj1x0o" TargetMode="External"/><Relationship Id="rId19" Type="http://schemas.openxmlformats.org/officeDocument/2006/relationships/hyperlink" Target="https://www.express.co.uk/news/politics/2021403/keir-starmer-holds-ukraine-crisis" TargetMode="External"/><Relationship Id="rId20" Type="http://schemas.openxmlformats.org/officeDocument/2006/relationships/hyperlink" Target="https://www.express.co.uk/news/politics/2021390/keir-starmers-5-word-verdict-how" TargetMode="External"/><Relationship Id="rId21" Type="http://schemas.openxmlformats.org/officeDocument/2006/relationships/hyperlink" Target="https://www.oxfordmail.co.uk/news/24974660.keir-starmer-tells-zelensky-full-backing-uk/?ref=rss" TargetMode="External"/><Relationship Id="rId22" Type="http://schemas.openxmlformats.org/officeDocument/2006/relationships/hyperlink" Target="https://www.dailymail.co.uk/news/article-14452639/Starmer-greets-Macron-crucial-summit-European-leaders-kicks-PM-waring-brutal-reality-Trump-Zelenskys-White-House-bust-up.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