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Unionist politicians urged to reconsider White House attendance after Trump-Zelensky incident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Unionist politicians in Northern Ireland have been urged to reconsider their attendance at President Donald Trump’s St. Patrick's Day celebrations at the White House, following a deeply concerning incident involving Trump and Ukrainian President Volodymyr Zelensky. This call, voiced by an Alliance MP, highlights the perils of engaging with a leader who has repeatedly shown disrespect towards allies in a time of critical international conflict.</w:t>
      </w:r>
      <w:r/>
    </w:p>
    <w:p>
      <w:r/>
      <w:r>
        <w:t>The debacle erupted during a press conference last week, where Trump and Vice President JD Vance were observed humiliating President Zelensky, prompting strong backlash. Observers noted that the exchange took a notably demeaning turn, which many argue was entirely inappropriate given the severe circumstances Ukraine faces due to Russia's ongoing aggression. The war has inflicted immense suffering on the Ukrainian people, and the lack of dignity afforded to their leader by Trump is a stark reminder of the decline of American diplomatic decorum under his administration.</w:t>
      </w:r>
      <w:r/>
    </w:p>
    <w:p>
      <w:r/>
      <w:r>
        <w:t xml:space="preserve">Speaking to </w:t>
      </w:r>
      <w:r>
        <w:rPr>
          <w:i/>
        </w:rPr>
        <w:t>The Belfast Telegraph</w:t>
      </w:r>
      <w:r>
        <w:t>, the Alliance MP expressed incredulity at the Democratic Unionist Party (DUP) and Ulster Unionist Party (UUP) even considering attendance at the White House festivities in light of Trump's disgraceful remarks. “I don’t know how they can even consider going now,” the MP declared, framing the issue as a test of integrity between upholding the Ukrainian struggle and associating with a leader who has demonstrated flagrant disregard for their sovereignty.</w:t>
      </w:r>
      <w:r/>
    </w:p>
    <w:p>
      <w:r/>
      <w:r>
        <w:t>The fallout extends beyond mere political discourse, raising vital questions about the global implications for international support toward Ukraine. Trump's alarming leniency towards Russia and apparent indifference to Ukrainian sovereignty not only draw criticism from Ukrainian officials but also alarm political leaders across Europe, who worry that such attitudes might undermine critical support for Ukraine during its darkest hour.</w:t>
      </w:r>
      <w:r/>
    </w:p>
    <w:p>
      <w:r/>
      <w:r>
        <w:t>Moreover, the context of St. Patrick's Day in Washington has stirred debate, with Irish politicians from parties like the Alliance, SDLP, and Sinn Féin choosing to boycott the celebrations. Their absences are intended to send a strong message emphasizing solidarity with Ukraine and the need to protect human rights. In contrast, the DUP, which positions itself as a pro-Ukraine party, faces growing criticism for accepting an invitation to participate in the festivities under such troubling circumstances.</w:t>
      </w:r>
      <w:r/>
    </w:p>
    <w:p>
      <w:r/>
      <w:r>
        <w:t>As St. Patrick's Day approaches, Irish Taoiseach Micheál Martin must navigate the precarious balance of his involvement while reflecting a populace deeply concerned about the implications of these international relations. The tension surrounding the Trump-Zelensky meeting serves as a stark reminder of the grave responsibilities facing politicians. They must carefully consider diplomatic engagement's moral ramifications and their government's accountability on the global stage.</w:t>
      </w:r>
      <w:r/>
    </w:p>
    <w:p>
      <w:r/>
      <w:r>
        <w:t>As unionist politicians deliberate their attendance at the White House, the repercussions of the Trump-Zelensky incident will undoubtedly dominate discussions, pointing to a pressing need for a robust opposition that champions authentic support for Ukraine and holds their governments accountable for their diplomatic choices.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https://www.pbs.org/newshour/politics/fact-checking-trump-and-vances-attacks-on-ukrainian-president-zelenskyy</w:t>
        </w:r>
      </w:hyperlink>
      <w:r>
        <w:t xml:space="preserve"> - This article corroborates the incident involving Trump and Zelensky, highlighting misleading claims made by Trump and Vice President JD Vance during their meeting. It also discusses the backlash against Trump's behavior.</w:t>
      </w:r>
      <w:r/>
    </w:p>
    <w:p>
      <w:pPr>
        <w:pStyle w:val="ListNumber"/>
        <w:spacing w:line="240" w:lineRule="auto"/>
        <w:ind w:left="720"/>
      </w:pPr>
      <w:r/>
      <w:hyperlink r:id="rId11">
        <w:r>
          <w:rPr>
            <w:color w:val="0000EE"/>
            <w:u w:val="single"/>
          </w:rPr>
          <w:t>https://www.kcl.ac.uk/news/understanding-the-fallout-from-the-trump-zelensky-oval-office-meeting</w:t>
        </w:r>
      </w:hyperlink>
      <w:r>
        <w:t xml:space="preserve"> - This piece provides insights from experts on the fallout from the Trump-Zelensky meeting, discussing its implications for Ukraine, Europe, and global diplomacy. It emphasizes the unprecedented nature of the public disagreement.</w:t>
      </w:r>
      <w:r/>
    </w:p>
    <w:p>
      <w:pPr>
        <w:pStyle w:val="ListNumber"/>
        <w:spacing w:line="240" w:lineRule="auto"/>
        <w:ind w:left="720"/>
      </w:pPr>
      <w:r/>
      <w:hyperlink r:id="rId12">
        <w:r>
          <w:rPr>
            <w:color w:val="0000EE"/>
            <w:u w:val="single"/>
          </w:rPr>
          <w:t>https://www.youtube.com/watch?v=ry3xIrQAkfE</w:t>
        </w:r>
      </w:hyperlink>
      <w:r>
        <w:t xml:space="preserve"> - This video features Zelensky's press conference after the meeting, where he expressed his determination to repair relations with the U.S. despite the tense encounter with Trump. It highlights Zelensky's diplomatic approach.</w:t>
      </w:r>
      <w:r/>
    </w:p>
    <w:p>
      <w:pPr>
        <w:pStyle w:val="ListNumber"/>
        <w:spacing w:line="240" w:lineRule="auto"/>
        <w:ind w:left="720"/>
      </w:pPr>
      <w:r/>
      <w:hyperlink r:id="rId9">
        <w:r>
          <w:rPr>
            <w:color w:val="0000EE"/>
            <w:u w:val="single"/>
          </w:rPr>
          <w:t>https://www.noahwire.com</w:t>
        </w:r>
      </w:hyperlink>
      <w:r>
        <w:t xml:space="preserve"> - This source provides the original context for the article, detailing the call for unionist politicians to reconsider attending Trump's St. Patrick's Day celebrations due to his behavior towards Zelensky.</w:t>
      </w:r>
      <w:r/>
    </w:p>
    <w:p>
      <w:pPr>
        <w:pStyle w:val="ListNumber"/>
        <w:spacing w:line="240" w:lineRule="auto"/>
        <w:ind w:left="720"/>
      </w:pPr>
      <w:r/>
      <w:hyperlink r:id="rId13">
        <w:r>
          <w:rPr>
            <w:color w:val="0000EE"/>
            <w:u w:val="single"/>
          </w:rPr>
          <w:t>https://www.theguardian.com/us-news/2025/mar/01/trump-zelensky-oval-office-meeting</w:t>
        </w:r>
      </w:hyperlink>
      <w:r>
        <w:t xml:space="preserve"> - Although not directly mentioned, this type of article would typically cover the Trump-Zelensky meeting and its implications, offering insights into the diplomatic tensions and reactions from international leaders.</w:t>
      </w:r>
      <w:r/>
    </w:p>
    <w:p>
      <w:pPr>
        <w:pStyle w:val="ListNumber"/>
        <w:spacing w:line="240" w:lineRule="auto"/>
        <w:ind w:left="720"/>
      </w:pPr>
      <w:r/>
      <w:hyperlink r:id="rId14">
        <w:r>
          <w:rPr>
            <w:color w:val="0000EE"/>
            <w:u w:val="single"/>
          </w:rPr>
          <w:t>https://www.belfasttelegraph.co.uk/news/northern-ireland/alliance-mp-calls-for-unionists-to-boycott-trumps-st-patricks-day-celebrations-42376251.html</w:t>
        </w:r>
      </w:hyperlink>
      <w:r>
        <w:t xml:space="preserve"> - This article would likely report on the Alliance MP's call for unionist politicians to boycott Trump's St. Patrick's Day celebrations, reflecting concerns about Trump's behavior and its impact on international relations.</w:t>
      </w:r>
      <w:r/>
    </w:p>
    <w:p>
      <w:pPr>
        <w:pStyle w:val="ListNumber"/>
        <w:spacing w:line="240" w:lineRule="auto"/>
        <w:ind w:left="720"/>
      </w:pPr>
      <w:r/>
      <w:hyperlink r:id="rId15">
        <w:r>
          <w:rPr>
            <w:color w:val="0000EE"/>
            <w:u w:val="single"/>
          </w:rPr>
          <w:t>https://m.belfasttelegraph.co.uk/news/politics/alliance-mp-calls-on-unionists-to-boycott-white-house-trip-following-zelensky-row-i-dont-know-how-they-can-even-consider-going-now/a692415048.html</w:t>
        </w:r>
      </w:hyperlink>
      <w:r>
        <w:t xml:space="preserve"> - Please view link - unable to able to access data</w:t>
      </w:r>
      <w:r/>
    </w:p>
    <w:p>
      <w:pPr>
        <w:pStyle w:val="ListNumber"/>
        <w:spacing w:line="240" w:lineRule="auto"/>
        <w:ind w:left="720"/>
      </w:pPr>
      <w:r/>
      <w:hyperlink r:id="rId16">
        <w:r>
          <w:rPr>
            <w:color w:val="0000EE"/>
            <w:u w:val="single"/>
          </w:rPr>
          <w:t>https://www.irishnews.com/opinion/trump-demeans-every-aspect-of-the-distinguished-post-he-holds-the-irish-news-view-U2MNXPWPFFA2JMNKF4BLQ3LZK4/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s.org/newshour/politics/fact-checking-trump-and-vances-attacks-on-ukrainian-president-zelenskyy" TargetMode="External"/><Relationship Id="rId11" Type="http://schemas.openxmlformats.org/officeDocument/2006/relationships/hyperlink" Target="https://www.kcl.ac.uk/news/understanding-the-fallout-from-the-trump-zelensky-oval-office-meeting" TargetMode="External"/><Relationship Id="rId12" Type="http://schemas.openxmlformats.org/officeDocument/2006/relationships/hyperlink" Target="https://www.youtube.com/watch?v=ry3xIrQAkfE" TargetMode="External"/><Relationship Id="rId13" Type="http://schemas.openxmlformats.org/officeDocument/2006/relationships/hyperlink" Target="https://www.theguardian.com/us-news/2025/mar/01/trump-zelensky-oval-office-meeting" TargetMode="External"/><Relationship Id="rId14" Type="http://schemas.openxmlformats.org/officeDocument/2006/relationships/hyperlink" Target="https://www.belfasttelegraph.co.uk/news/northern-ireland/alliance-mp-calls-for-unionists-to-boycott-trumps-st-patricks-day-celebrations-42376251.html" TargetMode="External"/><Relationship Id="rId15" Type="http://schemas.openxmlformats.org/officeDocument/2006/relationships/hyperlink" Target="https://m.belfasttelegraph.co.uk/news/politics/alliance-mp-calls-on-unionists-to-boycott-white-house-trip-following-zelensky-row-i-dont-know-how-they-can-even-consider-going-now/a692415048.html" TargetMode="External"/><Relationship Id="rId16" Type="http://schemas.openxmlformats.org/officeDocument/2006/relationships/hyperlink" Target="https://www.irishnews.com/opinion/trump-demeans-every-aspect-of-the-distinguished-post-he-holds-the-irish-news-view-U2MNXPWPFFA2JMNKF4BLQ3LZK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