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Debate on devolution dominates latest episode of Question Time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episode of BBC’s Question Time, which aired on Thursday in Cardiff, featured a heated discussion on devolution and its implications for Welsh citizens. The programme, hosted by Fiona Bruce, quickly became a battleground for political tensions, particularly involving Rhun ap Iorwerth, the Leader of Plaid Cymru.</w:t>
      </w:r>
      <w:r/>
    </w:p>
    <w:p>
      <w:r/>
      <w:r>
        <w:t>As the audience raised concerns about whether devolution had genuinely improved the lives of people in Wales, Mr. Ap Iorwerth attempted to shift the spotlight towards Westminster’s refurbishment. His diversion was met with frustration from the audience, who were keen to discuss the tangible impacts of devolution rather than concern themselves with the state of Parliament. Fiona Bruce had to intervene, reminding him and the audience that the focus should remain on devolution's effects. “Does anyone else think it has got anything to do with the refurbishment of Westminster?” she asked, prompting a resounding chorus of 'No' from the crowd. This moment underscored the increasing impatience among attendees regarding Mr. Ap Iorwerth's distractions from the pressing questions at hand.</w:t>
      </w:r>
      <w:r/>
    </w:p>
    <w:p>
      <w:r/>
      <w:r>
        <w:t>Labour MP Chris Bryant chimed in, attempting to highlight the benefits that Labour claimed to have delivered through devolution, such as free prescriptions. However, as he started to delve deeper, he too became a victim of interruptions, leading Bruce to reassert her control. “Let him finish... No, no, no! I am taking control of this,” she proclaimed, garnering applause from the audience for her decisive moderation.</w:t>
      </w:r>
      <w:r/>
    </w:p>
    <w:p>
      <w:r/>
      <w:r>
        <w:t>The conversation soon turned to the contentious decision by the Senedd to boost the number of Members of the Senedd (MSs) from 60 to 96 in the next election. One audience member raised valid concerns that such expenditures could be better allocated to vital services like education and healthcare rather than expanding an already bloated political structure. This sentiment echoes the growing dissatisfaction with the Labour government's spending priorities amidst tightening budgets and increasing demands on public services.</w:t>
      </w:r>
      <w:r/>
    </w:p>
    <w:p>
      <w:r/>
      <w:r>
        <w:t>In a separate segment, Rhun ap Iorwerth called out the Labour shadow cabinet, particularly targeting Rachel Reeves over her claims of financial improvement for citizens under Labour governance. He dismissed Reeves’s recent budget statement, which promised individuals would be approximately £500 better off by the end of the parliament, as unrealistic. “Who does Rachel Reeves think she’s kidding?” he declared, emphasizing the harsh realities faced by communities grappling with rising bills, cuts in welfare, and dwindling living standards.</w:t>
      </w:r>
      <w:r/>
    </w:p>
    <w:p>
      <w:r/>
      <w:r>
        <w:t>The panel discussion on Question Time not only highlighted the divergent views among political leaders about governance and fiscal responsibility but also illustrated the pressing call for accountability from the new Labour government. As Wales navigates this new political landscape, it becomes increasingly clear that a more robust opposition is necessary to challenge the status quo and advocate for the interests of the people, ensuring that their voices do not get drowned out amidst political posturing and ambitious claims.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https://www.youtube.com/watch?v=PytDXDT0XfM</w:t>
        </w:r>
      </w:hyperlink>
      <w:r>
        <w:t xml:space="preserve"> - This URL confirms the episode of BBC's Question Time aired in Cardiff, hosted by Fiona Bruce, which featured a discussion on devolution.</w:t>
      </w:r>
      <w:r/>
    </w:p>
    <w:p>
      <w:pPr>
        <w:pStyle w:val="ListNumber"/>
        <w:spacing w:line="240" w:lineRule="auto"/>
        <w:ind w:left="720"/>
      </w:pPr>
      <w:r/>
      <w:hyperlink r:id="rId11">
        <w:r>
          <w:rPr>
            <w:color w:val="0000EE"/>
            <w:u w:val="single"/>
          </w:rPr>
          <w:t>https://www.bbc.co.uk/news</w:t>
        </w:r>
      </w:hyperlink>
      <w:r>
        <w:t xml:space="preserve"> - BBC's news section typically covers episodes of Question Time and may provide further details or summaries of the political discussions that took place.</w:t>
      </w:r>
      <w:r/>
    </w:p>
    <w:p>
      <w:pPr>
        <w:pStyle w:val="ListNumber"/>
        <w:spacing w:line="240" w:lineRule="auto"/>
        <w:ind w:left="720"/>
      </w:pPr>
      <w:r/>
      <w:hyperlink r:id="rId12">
        <w:r>
          <w:rPr>
            <w:color w:val="0000EE"/>
            <w:u w:val="single"/>
          </w:rPr>
          <w:t>https://www.plaid.cymru/</w:t>
        </w:r>
      </w:hyperlink>
      <w:r>
        <w:t xml:space="preserve"> - This is the official website of Plaid Cymru, the political party led by Rhun ap Iorwerth, providing insights into their stance on Welsh devolution.</w:t>
      </w:r>
      <w:r/>
    </w:p>
    <w:p>
      <w:pPr>
        <w:pStyle w:val="ListNumber"/>
        <w:spacing w:line="240" w:lineRule="auto"/>
        <w:ind w:left="720"/>
      </w:pPr>
      <w:r/>
      <w:hyperlink r:id="rId13">
        <w:r>
          <w:rPr>
            <w:color w:val="0000EE"/>
            <w:u w:val="single"/>
          </w:rPr>
          <w:t>https://senedd.wales/en/news/</w:t>
        </w:r>
      </w:hyperlink>
      <w:r>
        <w:t xml:space="preserve"> - The Senedd's news page may offer updates on decisions made within the Senedd, including the recent decision to expand the number of Members of the Senedd.</w:t>
      </w:r>
      <w:r/>
    </w:p>
    <w:p>
      <w:pPr>
        <w:pStyle w:val="ListNumber"/>
        <w:spacing w:line="240" w:lineRule="auto"/>
        <w:ind w:left="720"/>
      </w:pPr>
      <w:r/>
      <w:hyperlink r:id="rId14">
        <w:r>
          <w:rPr>
            <w:color w:val="0000EE"/>
            <w:u w:val="single"/>
          </w:rPr>
          <w:t>https://labour.org.uk/</w:t>
        </w:r>
      </w:hyperlink>
      <w:r>
        <w:t xml:space="preserve"> - The official Labour Party website provides information on their policies and positions, which can include views on devolution and public spending priorities.</w:t>
      </w:r>
      <w:r/>
    </w:p>
    <w:p>
      <w:pPr>
        <w:pStyle w:val="ListNumber"/>
        <w:spacing w:line="240" w:lineRule="auto"/>
        <w:ind w:left="720"/>
      </w:pPr>
      <w:r/>
      <w:hyperlink r:id="rId15">
        <w:r>
          <w:rPr>
            <w:color w:val="0000EE"/>
            <w:u w:val="single"/>
          </w:rPr>
          <w:t>https://www.bbc.co.uk/news/uk-politics</w:t>
        </w:r>
      </w:hyperlink>
      <w:r>
        <w:t xml:space="preserve"> - BBC's politics section likely includes coverage of key figures like Rachel Reeves and their budget statements, which are relevant to discussions about financial improvement under Labour governance.</w:t>
      </w:r>
      <w:r/>
    </w:p>
    <w:p>
      <w:pPr>
        <w:pStyle w:val="ListNumber"/>
        <w:spacing w:line="240" w:lineRule="auto"/>
        <w:ind w:left="720"/>
      </w:pPr>
      <w:r/>
      <w:hyperlink r:id="rId16">
        <w:r>
          <w:rPr>
            <w:color w:val="0000EE"/>
            <w:u w:val="single"/>
          </w:rPr>
          <w:t>https://www.mirror.co.uk/news/politics/bbc-question-time-audience-hysterics-34991809</w:t>
        </w:r>
      </w:hyperlink>
      <w:r>
        <w:t xml:space="preserve"> - Please view link - unable to able to access data</w:t>
      </w:r>
      <w:r/>
    </w:p>
    <w:p>
      <w:pPr>
        <w:pStyle w:val="ListNumber"/>
        <w:spacing w:line="240" w:lineRule="auto"/>
        <w:ind w:left="720"/>
      </w:pPr>
      <w:r/>
      <w:hyperlink r:id="rId17">
        <w:r>
          <w:rPr>
            <w:color w:val="0000EE"/>
            <w:u w:val="single"/>
          </w:rPr>
          <w:t>https://www.express.co.uk/news/politics/2036868/rachel-reeves-bbc-question-time-economy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PytDXDT0XfM" TargetMode="External"/><Relationship Id="rId11" Type="http://schemas.openxmlformats.org/officeDocument/2006/relationships/hyperlink" Target="https://www.bbc.co.uk/news" TargetMode="External"/><Relationship Id="rId12" Type="http://schemas.openxmlformats.org/officeDocument/2006/relationships/hyperlink" Target="https://www.plaid.cymru/" TargetMode="External"/><Relationship Id="rId13" Type="http://schemas.openxmlformats.org/officeDocument/2006/relationships/hyperlink" Target="https://senedd.wales/en/news/" TargetMode="External"/><Relationship Id="rId14" Type="http://schemas.openxmlformats.org/officeDocument/2006/relationships/hyperlink" Target="https://labour.org.uk/" TargetMode="External"/><Relationship Id="rId15" Type="http://schemas.openxmlformats.org/officeDocument/2006/relationships/hyperlink" Target="https://www.bbc.co.uk/news/uk-politics" TargetMode="External"/><Relationship Id="rId16" Type="http://schemas.openxmlformats.org/officeDocument/2006/relationships/hyperlink" Target="https://www.mirror.co.uk/news/politics/bbc-question-time-audience-hysterics-34991809" TargetMode="External"/><Relationship Id="rId17" Type="http://schemas.openxmlformats.org/officeDocument/2006/relationships/hyperlink" Target="https://www.express.co.uk/news/politics/2036868/rachel-reeves-bbc-question-time-econom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