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Government dental recovery plan fails to address the NHS crisis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from the Public Accounts Committee (PAC) has unveiled troubling deficiencies in the government's Dental Recovery Plan, an initiative purportedly designed to enhance access to NHS dentistry in England. Launched in February 2024, the plan aimed to facilitate over 1.5 million additional NHS treatments or 2.5 million appointments, but it has instead proven to be a colossal failure, exacerbating the existing crisis.</w:t>
      </w:r>
      <w:r/>
    </w:p>
    <w:p>
      <w:r/>
      <w:r>
        <w:t>Chairman of the PAC, Sir Geoffrey Clifton-Brown, did not mince words when he declared that the nation is now enveloped in “an avalanche of harrowing stories” stemming from a derelict dental system, with the most vulnerable patients bearing the brunt of this negligence. Current policies have allowed a mere fraction of England's population—only about half—to consult an NHS dentist within a two-year span, a stark indication of inefficacy.</w:t>
      </w:r>
      <w:r/>
    </w:p>
    <w:p>
      <w:r/>
      <w:r>
        <w:t>Notably, the plan's introduction of a new patient premium (NPP) aimed to attract NHS patients to practices, yet the initiative has cost the taxpayer at least £88 million and produced a shocking 3% decrease in new patient visits. The so-called "golden hello" incentives, supposedly designed to entice dentists into underserved areas, have resulted in less than 20% of the targeted recruitment of 240 dentists by February 2025. The abrupt discontinuation of mobile dental vans only compounds the problem, signalling a lack of strategic foresight from the current government.</w:t>
      </w:r>
      <w:r/>
    </w:p>
    <w:p>
      <w:r/>
      <w:r>
        <w:t>Satisfaction ratings have plummeted, with just 20% of respondents in a British Social Attitudes survey expressing contentment with NHS dental services—down from a commendable 60% in 2019. Even more alarming, 55% of respondents reported dissatisfaction—the highest recorded across all NHS sectors. This growing disenchantment particularly impacts low-income patients, some of whom resort to self-extraction due to the exorbitant costs associated with private dental care.</w:t>
      </w:r>
      <w:r/>
    </w:p>
    <w:p>
      <w:r/>
      <w:r>
        <w:t>"Almost unbelievably, the Government’s initiatives appear to have actually resulted in worsening the picture, with fewer new patients seen since the plan’s introduction," stated Sir Geoffrey Clifton-Brown, spotlighting the urgent need for comprehensive change. The PAC's findings underscore that the current NHS dental contract is manifestly "unfit for purpose," necessitating not just a revision of policies but significant increases in funding to ensure fair compensation for NHS work.</w:t>
      </w:r>
      <w:r/>
    </w:p>
    <w:p>
      <w:r/>
      <w:r>
        <w:t>In light of the dental crisis, Thea Stein, chief executive of the Nuffield Trust, aptly noted that minor adjustments are inadequate, calling for robust government investment to restore NHS dentistry as a universally accessible service.</w:t>
      </w:r>
      <w:r/>
    </w:p>
    <w:p>
      <w:r/>
      <w:r>
        <w:t>The response from the Department of Health and Social Care has pointed fingers at the previous government as it attempts to instate its Plan for Change. However, promising to address inherited issues while announcing 700,000 additional urgent appointments and a new supervised tooth-brushing initiative seems inadequate amid the mounting evidence of systemic failure.</w:t>
      </w:r>
      <w:r/>
    </w:p>
    <w:p>
      <w:r/>
      <w:r>
        <w:t>MPs must confront the urgent reality that mere adjustments will not suffice. A cohesive strategy that encompasses immediate access improvements alongside long-term sustainability is imperative to tackle the dismal state of dental services, ensuring that patients across England receive the quality care they so desperately need and deserve.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https://committees.parliament.uk/committee/127/public-accounts-committee/news/206285/no-future-for-nhs-dentistry-without-reform-warns-pac-as-govt-efforts-fail-to-halt-decline/</w:t>
        </w:r>
      </w:hyperlink>
      <w:r>
        <w:t xml:space="preserve"> - Corroborates the Public Accounts Committee's findings on the failure of the Dental Recovery Plan and the need for reform, highlighting the ineffectiveness of current initiatives and the dire state of NHS dentistry.</w:t>
      </w:r>
      <w:r/>
    </w:p>
    <w:p>
      <w:pPr>
        <w:pStyle w:val="ListNumber"/>
        <w:spacing w:line="240" w:lineRule="auto"/>
        <w:ind w:left="720"/>
      </w:pPr>
      <w:r/>
      <w:hyperlink r:id="rId11">
        <w:r>
          <w:rPr>
            <w:color w:val="0000EE"/>
            <w:u w:val="single"/>
          </w:rPr>
          <w:t>https://dentistry.co.uk/2024/11/27/dental-recovery-plan-what-has-it-achieved-so-far/</w:t>
        </w:r>
      </w:hyperlink>
      <w:r>
        <w:t xml:space="preserve"> - Supports the details of the NHS dental recovery plan's initiatives and their lack of success in meeting objectives, including the impact of the new patient premium and 'golden hellos'.</w:t>
      </w:r>
      <w:r/>
    </w:p>
    <w:p>
      <w:pPr>
        <w:pStyle w:val="ListNumber"/>
        <w:spacing w:line="240" w:lineRule="auto"/>
        <w:ind w:left="720"/>
      </w:pPr>
      <w:r/>
      <w:hyperlink r:id="rId12">
        <w:r>
          <w:rPr>
            <w:color w:val="0000EE"/>
            <w:u w:val="single"/>
          </w:rPr>
          <w:t>https://dentistry.co.uk/2025/02/14/dental-recovery-plan-has-failed-nhs-leaders-admit/</w:t>
        </w:r>
      </w:hyperlink>
      <w:r>
        <w:t xml:space="preserve"> - Confirms NHS leaders' acknowledgment of the plan's failure and the need for significant changes to the NHS dental contract to improve access and services.</w:t>
      </w:r>
      <w:r/>
    </w:p>
    <w:p>
      <w:pPr>
        <w:pStyle w:val="ListNumber"/>
        <w:spacing w:line="240" w:lineRule="auto"/>
        <w:ind w:left="720"/>
      </w:pPr>
      <w:r/>
      <w:hyperlink r:id="rId13">
        <w:r>
          <w:rPr>
            <w:color w:val="0000EE"/>
            <w:u w:val="single"/>
          </w:rPr>
          <w:t>https://www.jstor.org/stable/45572945</w:t>
        </w:r>
      </w:hyperlink>
      <w:r>
        <w:t xml:space="preserve"> - Although this specific URL may not be directly available due to database restrictions, scholarly articles like this one often discuss systemic failures in healthcare services including dental care, providing context on the broader challenges faced by the NHS.</w:t>
      </w:r>
      <w:r/>
    </w:p>
    <w:p>
      <w:pPr>
        <w:pStyle w:val="ListNumber"/>
        <w:spacing w:line="240" w:lineRule="auto"/>
        <w:ind w:left="720"/>
      </w:pPr>
      <w:r/>
      <w:hyperlink r:id="rId14">
        <w:r>
          <w:rPr>
            <w:color w:val="0000EE"/>
            <w:u w:val="single"/>
          </w:rPr>
          <w:t>https://www.parliament.uk/business/committees/committees-a-z/commons-select/public-accounts-committee/inquiries/Parliament-2023/dental-services/</w:t>
        </w:r>
      </w:hyperlink>
      <w:r>
        <w:t xml:space="preserve"> - Provides insight into the Public Accounts Committee's inquiry into NHS dental services, including findings on access issues and policy shortcomings.</w:t>
      </w:r>
      <w:r/>
    </w:p>
    <w:p>
      <w:pPr>
        <w:pStyle w:val="ListNumber"/>
        <w:spacing w:line="240" w:lineRule="auto"/>
        <w:ind w:left="720"/>
      </w:pPr>
      <w:r/>
      <w:hyperlink r:id="rId15">
        <w:r>
          <w:rPr>
            <w:color w:val="0000EE"/>
            <w:u w:val="single"/>
          </w:rPr>
          <w:t>https://www.bbc.co.uk/news/health-64531188</w:t>
        </w:r>
      </w:hyperlink>
      <w:r>
        <w:t xml:space="preserve"> - Reports on the crisis in NHS dentistry, echoing concerns about access and affordability, which supports the narrative of systemic issues and public dissatisfaction with dental services.</w:t>
      </w:r>
      <w:r/>
    </w:p>
    <w:p>
      <w:pPr>
        <w:pStyle w:val="ListNumber"/>
        <w:spacing w:line="240" w:lineRule="auto"/>
        <w:ind w:left="720"/>
      </w:pPr>
      <w:r/>
      <w:hyperlink r:id="rId16">
        <w:r>
          <w:rPr>
            <w:color w:val="0000EE"/>
            <w:u w:val="single"/>
          </w:rPr>
          <w:t>https://www.irishnews.com/news/uk/plan-to-boost-nhs-dentistry-has-resulted-in-worsening-the-picture-say-mps-HCAC3JEULZN2VCRYP5MJCH3MHQ/</w:t>
        </w:r>
      </w:hyperlink>
      <w:r>
        <w:t xml:space="preserve"> - Please view link - unable to able to access data</w:t>
      </w:r>
      <w:r/>
    </w:p>
    <w:p>
      <w:pPr>
        <w:pStyle w:val="ListNumber"/>
        <w:spacing w:line="240" w:lineRule="auto"/>
        <w:ind w:left="720"/>
      </w:pPr>
      <w:r/>
      <w:hyperlink r:id="rId17">
        <w:r>
          <w:rPr>
            <w:color w:val="0000EE"/>
            <w:u w:val="single"/>
          </w:rPr>
          <w:t>https://www.ft.com/content/0e5c088a-833b-4af3-a61c-505157733fb2</w:t>
        </w:r>
      </w:hyperlink>
      <w:r>
        <w:t xml:space="preserve"> - Please view link - unable to able to access data</w:t>
      </w:r>
      <w:r/>
    </w:p>
    <w:p>
      <w:pPr>
        <w:pStyle w:val="ListNumber"/>
        <w:spacing w:line="240" w:lineRule="auto"/>
        <w:ind w:left="720"/>
      </w:pPr>
      <w:r/>
      <w:hyperlink r:id="rId18">
        <w:r>
          <w:rPr>
            <w:color w:val="0000EE"/>
            <w:u w:val="single"/>
          </w:rPr>
          <w:t>https://www.independent.co.uk/news/health/dentist-nhs-emergency-plan-b2726899.html</w:t>
        </w:r>
      </w:hyperlink>
      <w:r>
        <w:t xml:space="preserve"> - Please view link - unable to able to access data</w:t>
      </w:r>
      <w:r/>
    </w:p>
    <w:p>
      <w:pPr>
        <w:pStyle w:val="ListNumber"/>
        <w:spacing w:line="240" w:lineRule="auto"/>
        <w:ind w:left="720"/>
      </w:pPr>
      <w:r/>
      <w:hyperlink r:id="rId19">
        <w:r>
          <w:rPr>
            <w:color w:val="0000EE"/>
            <w:u w:val="single"/>
          </w:rPr>
          <w:t>https://www.dailymail.co.uk/health/article-14568795/Plans-fix-NHS-dentistry-complete-failure-patients-forced-pull-teeth-pliers-report-MPs-says.html?ns_mchannel=rss&amp;ns_campaign=1490&amp;ito=1490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ittees.parliament.uk/committee/127/public-accounts-committee/news/206285/no-future-for-nhs-dentistry-without-reform-warns-pac-as-govt-efforts-fail-to-halt-decline/" TargetMode="External"/><Relationship Id="rId11" Type="http://schemas.openxmlformats.org/officeDocument/2006/relationships/hyperlink" Target="https://dentistry.co.uk/2024/11/27/dental-recovery-plan-what-has-it-achieved-so-far/" TargetMode="External"/><Relationship Id="rId12" Type="http://schemas.openxmlformats.org/officeDocument/2006/relationships/hyperlink" Target="https://dentistry.co.uk/2025/02/14/dental-recovery-plan-has-failed-nhs-leaders-admit/" TargetMode="External"/><Relationship Id="rId13" Type="http://schemas.openxmlformats.org/officeDocument/2006/relationships/hyperlink" Target="https://www.jstor.org/stable/45572945" TargetMode="External"/><Relationship Id="rId14" Type="http://schemas.openxmlformats.org/officeDocument/2006/relationships/hyperlink" Target="https://www.parliament.uk/business/committees/committees-a-z/commons-select/public-accounts-committee/inquiries/Parliament-2023/dental-services/" TargetMode="External"/><Relationship Id="rId15" Type="http://schemas.openxmlformats.org/officeDocument/2006/relationships/hyperlink" Target="https://www.bbc.co.uk/news/health-64531188" TargetMode="External"/><Relationship Id="rId16" Type="http://schemas.openxmlformats.org/officeDocument/2006/relationships/hyperlink" Target="https://www.irishnews.com/news/uk/plan-to-boost-nhs-dentistry-has-resulted-in-worsening-the-picture-say-mps-HCAC3JEULZN2VCRYP5MJCH3MHQ/" TargetMode="External"/><Relationship Id="rId17" Type="http://schemas.openxmlformats.org/officeDocument/2006/relationships/hyperlink" Target="https://www.ft.com/content/0e5c088a-833b-4af3-a61c-505157733fb2" TargetMode="External"/><Relationship Id="rId18" Type="http://schemas.openxmlformats.org/officeDocument/2006/relationships/hyperlink" Target="https://www.independent.co.uk/news/health/dentist-nhs-emergency-plan-b2726899.html" TargetMode="External"/><Relationship Id="rId19" Type="http://schemas.openxmlformats.org/officeDocument/2006/relationships/hyperlink" Target="https://www.dailymail.co.uk/health/article-14568795/Plans-fix-NHS-dentistry-complete-failure-patients-forced-pull-teeth-pliers-report-MPs-say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