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Hachette pulls horror novel amid AI controversy, intensifying industry trust crisis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The withdrawal of Mia Ballard’s horror novel "Shy Girl" from Hachette Book Group marks a new and unnerving moment for publishing: a mainstream house has now pulled a commercial title over concerns that artificial intelligence may have been used in its creation. According to The Guardian and TechCrunch, the book was taken out of UK distribution and its planned US release was cancelled after online speculation prompted an internal review by the publisher.</w:t>
      </w:r>
      <w:r/>
    </w:p>
    <w:p>
      <w:r/>
      <w:r>
        <w:t>Ballard says she did not use AI to write the novel. In accounts reported by The Guardian, TechCrunch and other outlets, she has instead blamed an acquaintance she hired to edit the self-published version, claiming that person may have inserted AI-generated material without her knowledge. She is said to be considering legal action against the editor.</w:t>
      </w:r>
      <w:r/>
    </w:p>
    <w:p>
      <w:r/>
      <w:r>
        <w:t>The controversy has sharpened anxiety across the book trade because it arrives at a point when publishers are already struggling to detect machine-written text. The Guardian reported that the case has become a warning about how difficult it can be to identify AI involvement once a manuscript has passed through editing, submission and marketing channels. Industry voices now argue that publishers need tougher checks if they want to preserve confidence in what reaches readers.</w:t>
      </w:r>
      <w:r/>
    </w:p>
    <w:p>
      <w:r/>
      <w:r>
        <w:t>That concern is not confined to one title. Reports over recent years have described a flood of AI-generated ebooks, including children’s material, and the Society of Authors has already floated the idea of a government-backed "Human Author" logo to distinguish fully human-written books. For authors, the fear is not only fraud, but displacement: if automated content becomes cheaper and faster to produce, it may also become harder for writers to compete on output alone.</w:t>
      </w:r>
      <w:r/>
    </w:p>
    <w:p>
      <w:r/>
      <w:r>
        <w:t>The unease is financial as well as cultural. Literary professionals quoted in coverage of the scandal have linked the rise of machine-assisted writing to falling author incomes and to fears that large language models are being trained on scraped creative work. Even when a book is not wholly synthetic, the blurring of human and non-human text raises a larger question about what readers are actually buying: an individual voice, or a polished approximation of one.</w:t>
      </w:r>
      <w:r/>
    </w:p>
    <w:p>
      <w:r/>
      <w:r>
        <w:t>What makes the "Shy Girl" episode so telling is that it has moved the debate beyond theory. The book was not rejected in advance; it was taken down after suspicion, review and public scrutiny. In that sense, the affair has become a test case for a trade that has long depended on trust - trust between author and editor, publisher and reader, and ultimately between culture and the idea that a human mind is still at the centre of it.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Paragraph 4: </w:t>
      </w:r>
      <w:hyperlink r:id="rId14">
        <w:r>
          <w:rPr>
            <w:color w:val="0000EE"/>
            <w:u w:val="single"/>
          </w:rPr>
          <w:t>[4]</w:t>
        </w:r>
      </w:hyperlink>
      <w:r>
        <w:t xml:space="preserve">, </w:t>
      </w:r>
      <w:hyperlink r:id="rId13">
        <w:r>
          <w:rPr>
            <w:color w:val="0000EE"/>
            <w:u w:val="single"/>
          </w:rPr>
          <w:t>[6]</w:t>
        </w:r>
      </w:hyperlink>
      <w:r>
        <w:t xml:space="preserve">- Paragraph 5: </w:t>
      </w:r>
      <w:hyperlink r:id="rId14">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Paragraph 6: </w:t>
      </w:r>
      <w:hyperlink r:id="rId10">
        <w:r>
          <w:rPr>
            <w:color w:val="0000EE"/>
            <w:u w:val="single"/>
          </w:rPr>
          <w:t>[2]</w:t>
        </w:r>
      </w:hyperlink>
      <w:r>
        <w:t xml:space="preserve">, </w:t>
      </w:r>
      <w:hyperlink r:id="rId14">
        <w:r>
          <w:rPr>
            <w:color w:val="0000EE"/>
            <w:u w:val="single"/>
          </w:rPr>
          <w:t>[4]</w:t>
        </w:r>
      </w:hyperlink>
      <w:r>
        <w:t xml:space="preserve">, </w:t>
      </w:r>
      <w:hyperlink r:id="rId12">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https://shado-mag.com/articles/opinion/a-machine-shaped-author/</w:t>
        </w:r>
      </w:hyperlink>
      <w:r>
        <w:t xml:space="preserve"> - Please view link - unable to able to access data</w:t>
      </w:r>
      <w:r/>
    </w:p>
    <w:p>
      <w:pPr>
        <w:pStyle w:val="ListNumber"/>
        <w:spacing w:line="240" w:lineRule="auto"/>
        <w:ind w:left="720"/>
      </w:pPr>
      <w:r/>
      <w:hyperlink r:id="rId10">
        <w:r>
          <w:rPr>
            <w:color w:val="0000EE"/>
            <w:u w:val="single"/>
          </w:rPr>
          <w:t>https://www.theguardian.com/books/2026/mar/20/hachette-horror-novel-shy-girl-suspected-ai-use-mia-ballard</w:t>
        </w:r>
      </w:hyperlink>
      <w:r>
        <w:t xml:space="preserve"> - Hachette Book Group has withdrawn the horror novel 'Shy Girl' by Mia Ballard from distribution in the UK and cancelled its planned US release. This decision follows online speculation and concerns that the novel may have been generated using artificial intelligence. The publisher stated that the move was based on a thorough internal review. Ballard has denied personally using AI in the writing process, claiming that an acquaintance she hired to edit the self-published version incorporated AI tools without her knowledge. She is considering legal action against the editor.</w:t>
      </w:r>
      <w:r/>
    </w:p>
    <w:p>
      <w:pPr>
        <w:pStyle w:val="ListNumber"/>
        <w:spacing w:line="240" w:lineRule="auto"/>
        <w:ind w:left="720"/>
      </w:pPr>
      <w:r/>
      <w:hyperlink r:id="rId11">
        <w:r>
          <w:rPr>
            <w:color w:val="0000EE"/>
            <w:u w:val="single"/>
          </w:rPr>
          <w:t>https://techcrunch.com/2026/03/21/publisher-pulls-horror-novel-shy-girl-over-ai-concerns/</w:t>
        </w:r>
      </w:hyperlink>
      <w:r>
        <w:t xml:space="preserve"> - Hachette Book Group has cancelled the publication of 'Shy Girl' by Mia Ballard due to concerns that artificial intelligence was used to generate the text. The novel was scheduled for release in the US this spring, and its UK edition was already available. The decision followed online speculation and an internal review. Ballard has denied using AI to write the novel, attributing the issue to an acquaintance she hired to edit the original, self-published version, who may have incorporated AI tools without her knowledge. She is pursuing legal action against the editor.</w:t>
      </w:r>
      <w:r/>
    </w:p>
    <w:p>
      <w:pPr>
        <w:pStyle w:val="ListNumber"/>
        <w:spacing w:line="240" w:lineRule="auto"/>
        <w:ind w:left="720"/>
      </w:pPr>
      <w:r/>
      <w:hyperlink r:id="rId14">
        <w:r>
          <w:rPr>
            <w:color w:val="0000EE"/>
            <w:u w:val="single"/>
          </w:rPr>
          <w:t>https://www.theguardian.com/technology/2026/mar/29/ai-written-books-novel-shy-girl-publishers</w:t>
        </w:r>
      </w:hyperlink>
      <w:r>
        <w:t xml:space="preserve"> - The controversy surrounding 'Shy Girl' by Mia Ballard highlights the challenges publishers face in detecting AI-generated content. The novel was withdrawn by Hachette Book Group after allegations that it was created using artificial intelligence. The incident underscores the need for publishers to develop robust methods for identifying AI-written texts to maintain the integrity of the publishing industry. Experts warn that as AI-generated content becomes more prevalent, publishers will need to implement stricter review processes to ensure authenticity.</w:t>
      </w:r>
      <w:r/>
    </w:p>
    <w:p>
      <w:pPr>
        <w:pStyle w:val="ListNumber"/>
        <w:spacing w:line="240" w:lineRule="auto"/>
        <w:ind w:left="720"/>
      </w:pPr>
      <w:r/>
      <w:hyperlink r:id="rId12">
        <w:r>
          <w:rPr>
            <w:color w:val="0000EE"/>
            <w:u w:val="single"/>
          </w:rPr>
          <w:t>https://www.avclub.com/hachette-yanks-novel-shy-girl-ai-use-1848660190</w:t>
        </w:r>
      </w:hyperlink>
      <w:r>
        <w:t xml:space="preserve"> - Hachette Book Group has removed 'Shy Girl' by Mia Ballard from UK retailers and cancelled its planned US release after concluding that large portions of the book were AI-generated. The decision follows online speculation and an internal review. Ballard has denied using AI to write the novel, claiming that an acquaintance she hired to edit the self-published version incorporated AI tools without her knowledge. She is considering legal action against the editor.</w:t>
      </w:r>
      <w:r/>
    </w:p>
    <w:p>
      <w:pPr>
        <w:pStyle w:val="ListNumber"/>
        <w:spacing w:line="240" w:lineRule="auto"/>
        <w:ind w:left="720"/>
      </w:pPr>
      <w:r/>
      <w:hyperlink r:id="rId13">
        <w:r>
          <w:rPr>
            <w:color w:val="0000EE"/>
            <w:u w:val="single"/>
          </w:rPr>
          <w:t>https://www.indianexpress.com/article/books-and-literature/reader-outrage-hachette-femgore-novel-shy-girl-ai-controversy-10593006/</w:t>
        </w:r>
      </w:hyperlink>
      <w:r>
        <w:t xml:space="preserve"> - The horror novel 'Shy Girl' by Mia Ballard was withdrawn by Hachette Book Group after reader suspicions and online speculation about its AI-generated content. The novel, initially self-published and later acquired by Hachette, was pulled from UK retailers and its US release was cancelled. Ballard has denied using AI in the writing process, attributing the issue to an acquaintance she hired to edit the original version, who may have incorporated AI tools without her knowledge. She is considering legal action against the editor.</w:t>
      </w:r>
      <w:r/>
    </w:p>
    <w:p>
      <w:pPr>
        <w:pStyle w:val="ListNumber"/>
        <w:spacing w:line="240" w:lineRule="auto"/>
        <w:ind w:left="720"/>
      </w:pPr>
      <w:r/>
      <w:hyperlink r:id="rId16">
        <w:r>
          <w:rPr>
            <w:color w:val="0000EE"/>
            <w:u w:val="single"/>
          </w:rPr>
          <w:t>https://www.trumplandiareport.com/2026/03/21/the-shy-girl-controversy-and-ai-in-novel-writing/</w:t>
        </w:r>
      </w:hyperlink>
      <w:r>
        <w:t xml:space="preserve"> - The cancellation of Mia Ballard's horror novel 'Shy Girl' by Hachette Book Group has sparked discussions about the use of artificial intelligence in creative writing. Allegations surfaced online suggesting that large portions of the novel were generated by AI, leading to its withdrawal from UK retailers and the cancellation of its US release. Ballard has denied personally using AI in the writing process, claiming that an acquaintance she hired to edit the self-published version incorporated AI tools without her knowledge. She is considering legal action against the editor.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hado-mag.com/articles/opinion/a-machine-shaped-author/" TargetMode="External"/><Relationship Id="rId10" Type="http://schemas.openxmlformats.org/officeDocument/2006/relationships/hyperlink" Target="https://www.theguardian.com/books/2026/mar/20/hachette-horror-novel-shy-girl-suspected-ai-use-mia-ballard" TargetMode="External"/><Relationship Id="rId11" Type="http://schemas.openxmlformats.org/officeDocument/2006/relationships/hyperlink" Target="https://techcrunch.com/2026/03/21/publisher-pulls-horror-novel-shy-girl-over-ai-concerns/" TargetMode="External"/><Relationship Id="rId12" Type="http://schemas.openxmlformats.org/officeDocument/2006/relationships/hyperlink" Target="https://www.avclub.com/hachette-yanks-novel-shy-girl-ai-use-1848660190" TargetMode="External"/><Relationship Id="rId13" Type="http://schemas.openxmlformats.org/officeDocument/2006/relationships/hyperlink" Target="https://www.indianexpress.com/article/books-and-literature/reader-outrage-hachette-femgore-novel-shy-girl-ai-controversy-10593006/" TargetMode="External"/><Relationship Id="rId14" Type="http://schemas.openxmlformats.org/officeDocument/2006/relationships/hyperlink" Target="https://www.theguardian.com/technology/2026/mar/29/ai-written-books-novel-shy-girl-publishers" TargetMode="External"/><Relationship Id="rId15" Type="http://schemas.openxmlformats.org/officeDocument/2006/relationships/hyperlink" Target="https://www.noahwire.com" TargetMode="External"/><Relationship Id="rId16" Type="http://schemas.openxmlformats.org/officeDocument/2006/relationships/hyperlink" Target="https://www.trumplandiareport.com/2026/03/21/the-shy-girl-controversy-and-ai-in-novel-wri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