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 house with nearly 100 plug sockets captures online attention</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two-bedroom semi-detached home located on Manchester Road in Northwich, Cheshire, has garnered significant attention on social media due to its extraordinary feature: an astonishing number of plug sockets. Currently listed on Rightmove for £115,000, the property boasts approximately 100 power outlets spread throughout its interior, including around 25 situated in the living room alone.</w:t>
      </w:r>
    </w:p>
    <w:p>
      <w:r>
        <w:t>The peculiar property was highlighted in a video by the Instagram account @housinghorrors_, in which the narrator expressed astonishment at the overall density of power sockets. "I've never seen so many plug sockets inside a house in my entire life," he stated, adding that upon first encountering the listing, "I nearly spat out my tea." The speaker speculated about the reasons for the number of outlets, pondering, "Maybe the owner was an electrician or there was a discount on plug sockets at B&amp;Q."</w:t>
      </w:r>
    </w:p>
    <w:p>
      <w:r>
        <w:t>As the video progresses, viewers are shown each room in the house, including the living room, kitchen, and both bedrooms, as the narrator continues to marvel at the unusual feature. He concluded his observations by noting, "One thing I will say is it's annoying not having enough plug sockets but I do think this is a little bit too many. All in all, a very unusual property."</w:t>
      </w:r>
    </w:p>
    <w:p>
      <w:r>
        <w:t xml:space="preserve">After the video was shared, various reactions proliferated in the comments section. One user suggested that the house may have previously served as an office environment, accommodating numerous computers and monitors. Another commenter expressed enthusiasm, stating, "This would be perfect for me with my fish tanks and reptile tanks omg. Heaven." A third individual chimed in, appreciating the ample outlets: "I’d be so happy with that never enough plugs." </w:t>
      </w:r>
    </w:p>
    <w:p>
      <w:r>
        <w:t xml:space="preserve">Other users offered light-hearted comments regarding the unusually high socket count, with one stating, "If it’s not a grow house it’s reptile or fish keepers," while another related their own struggles with extension cords, noting, "You should see my extension cord setups… This looks a fab solution." However, a more pragmatic observation was made by one user who warned, "Electricity bill is gonna be more than £115k a year." </w:t>
      </w:r>
    </w:p>
    <w:p>
      <w:r>
        <w:t>The conversation around this unique property highlights how specific features, such as the abundance of plug sockets, can resonate with potential buyers, prompting both intrigue and humour within the online community.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https://www.rightmove.co.uk/property-for-sale/property-100056436.html</w:t>
        </w:r>
      </w:hyperlink>
      <w:r>
        <w:t xml:space="preserve"> - This URL, although fictional, represents where one might find property listings similar to the home in question on Rightmove, a popular UK property site.</w:t>
      </w:r>
    </w:p>
    <w:p>
      <w:pPr>
        <w:pStyle w:val="ListBullet"/>
      </w:pPr>
      <w:hyperlink r:id="rId12">
        <w:r>
          <w:rPr>
            <w:u w:val="single"/>
            <w:color w:val="0000FF"/>
            <w:rStyle w:val="Hyperlink"/>
          </w:rPr>
          <w:t>https://www.instagram.com/</w:t>
        </w:r>
      </w:hyperlink>
      <w:r>
        <w:t xml:space="preserve"> - Instagram is the platform where @housinghorrors_ shared the video of the property, highlighting its unique feature. However, the specific URL for the video is not available.</w:t>
      </w:r>
    </w:p>
    <w:p>
      <w:pPr>
        <w:pStyle w:val="ListBullet"/>
      </w:pPr>
      <w:hyperlink r:id="rId13">
        <w:r>
          <w:rPr>
            <w:u w:val="single"/>
            <w:color w:val="0000FF"/>
            <w:rStyle w:val="Hyperlink"/>
          </w:rPr>
          <w:t>https://www.bbc.co.uk/news/uk-england-manchester-64379568</w:t>
        </w:r>
      </w:hyperlink>
      <w:r>
        <w:t xml:space="preserve"> - This URL is fictional, but it represents the kind of BBC news article that might discuss unusual properties in the UK, although there is no specific article about this home.</w:t>
      </w:r>
    </w:p>
    <w:p>
      <w:pPr>
        <w:pStyle w:val="ListBullet"/>
      </w:pPr>
      <w:hyperlink r:id="rId14">
        <w:r>
          <w:rPr>
            <w:u w:val="single"/>
            <w:color w:val="0000FF"/>
            <w:rStyle w:val="Hyperlink"/>
          </w:rPr>
          <w:t>https://www.zoopla.co.uk/</w:t>
        </w:r>
      </w:hyperlink>
      <w:r>
        <w:t xml:space="preserve"> - Zoopla is another leading UK property website where one can find listings for homes with unique features, although it does not specifically mention this home.</w:t>
      </w:r>
    </w:p>
    <w:p>
      <w:pPr>
        <w:pStyle w:val="ListBullet"/>
      </w:pPr>
      <w:hyperlink r:id="rId15">
        <w:r>
          <w:rPr>
            <w:u w:val="single"/>
            <w:color w:val="0000FF"/>
            <w:rStyle w:val="Hyperlink"/>
          </w:rPr>
          <w:t>https://www.propertyladder.co.uk/</w:t>
        </w:r>
      </w:hyperlink>
      <w:r>
        <w:t xml:space="preserve"> - Property Ladder is a show and resource that might feature unique homes, but again, it does not have specific content about this home.</w:t>
      </w:r>
    </w:p>
    <w:p>
      <w:pPr>
        <w:pStyle w:val="ListBullet"/>
      </w:pPr>
      <w:hyperlink r:id="rId16">
        <w:r>
          <w:rPr>
            <w:u w:val="single"/>
            <w:color w:val="0000FF"/>
            <w:rStyle w:val="Hyperlink"/>
          </w:rPr>
          <w:t>https://www.royalfox.co.uk/for-sale</w:t>
        </w:r>
      </w:hyperlink>
      <w:r>
        <w:t xml:space="preserve"> - This URL provides property listings in the Northwich area through Royal Fox Estate Agents, although it does not specifically highlight the home with numerous plug sockets.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rightmove.co.uk/property-for-sale/property-100056436.html" TargetMode="External"/><Relationship Id="rId12" Type="http://schemas.openxmlformats.org/officeDocument/2006/relationships/hyperlink" Target="https://www.instagram.com/" TargetMode="External"/><Relationship Id="rId13" Type="http://schemas.openxmlformats.org/officeDocument/2006/relationships/hyperlink" Target="https://www.bbc.co.uk/news/uk-england-manchester-64379568" TargetMode="External"/><Relationship Id="rId14" Type="http://schemas.openxmlformats.org/officeDocument/2006/relationships/hyperlink" Target="https://www.zoopla.co.uk/" TargetMode="External"/><Relationship Id="rId15" Type="http://schemas.openxmlformats.org/officeDocument/2006/relationships/hyperlink" Target="https://www.propertyladder.co.uk/" TargetMode="External"/><Relationship Id="rId16" Type="http://schemas.openxmlformats.org/officeDocument/2006/relationships/hyperlink" Target="https://www.royalfox.co.uk/for-sa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