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Apple's AI ambitions face consumer scepticism and internal challenges</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In a landscape increasingly dominated by advancements in artificial intelligence, recent developments in the tech industry have shown a mix of innovation and miscalculation. The past few years have witnessed a frenzy of launches centred around generative AI models, but some initiatives, particularly in the realm of AI gadgets, have not met expectations. This has led to a significant number of unsuccessful products, including notable failures such as the Rabbit R1 and the Humane Pin.</w:t>
      </w:r>
    </w:p>
    <w:p>
      <w:r>
        <w:t>Among the companies attempting to harness the power of AI is Apple, which has faced scrutiny over its ambitious claims regarding Apple Intelligence and the transformative capabilities of its virtual assistant, Siri. So far, these expectations have not been realised to the extent anticipated.</w:t>
      </w:r>
    </w:p>
    <w:p>
      <w:r>
        <w:t>According to reports from Apple insider Mark Gurman, the company is looking to pivot once again, aiming to integrate AI functionalities into its Apple Watch lineup. Specifically, Gurman suggests that Apple is exploring the possibility of incorporating cameras into its standard Series watches as well as the Ultra models, with a goal to transform them into “AI devices with cameras” by 2027. This development could enable the Apple Watch to utilise AI features like Visual Intelligence, similar to those currently found in the iPhone 16 series, allowing users to gain insights about their surroundings through the device's camera.</w:t>
      </w:r>
    </w:p>
    <w:p>
      <w:r>
        <w:t>However, the enthusiasm for Apple's AI directions appears to be waning among consumers, with an increasing number of voices expressing concerns over the firm's focus on AI technology. Comments on social media platforms reflect a growing sentiment that Apple’s approach might be misguided. One user remarked, "Instead of trying to justify their spend on AI by adding useless tech to other projects, they should just transfer those teams to other more promising programs and admit they made a misstep." Additionally, another user expressed frustration with Siri's capabilities, stating, "I just want to be able to ask Siri to open my garage without her going 'okay' and then turning on every light in my house."</w:t>
      </w:r>
    </w:p>
    <w:p>
      <w:r>
        <w:t>The challenges faced by Apple are compounded by ongoing issues regarding Siri, which reportedly has not undergone significant improvements, leading to internal strife within the company. As the tech giant grapples with these difficulties, the prospect of an 'Apple Intelligence Watch' appears to evoke a mix of scepticism and curiosity among its consumer base. The unfolding events suggest that Apple's journey through the AI landscape is far from straightforward, reflecting the broader challenges many tech firms encounter in the rapidly evolving sector.</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https://museumoffailure.com/exhibition/rabbit-r1</w:t>
        </w:r>
      </w:hyperlink>
      <w:r>
        <w:t xml:space="preserve"> - This URL supports the claim that the Rabbit R1 was a notable failure in AI gadgets due to its inability to perform basic tasks and its short battery life.</w:t>
      </w:r>
    </w:p>
    <w:p>
      <w:pPr>
        <w:pStyle w:val="ListBullet"/>
      </w:pPr>
      <w:hyperlink r:id="rId12">
        <w:r>
          <w:rPr>
            <w:u w:val="single"/>
            <w:color w:val="0000FF"/>
            <w:rStyle w:val="Hyperlink"/>
          </w:rPr>
          <w:t>https://www.laptopmag.com/ai/rabbit-r1-2024-ai-year-in-review</w:t>
        </w:r>
      </w:hyperlink>
      <w:r>
        <w:t xml:space="preserve"> - This article highlights the Rabbit R1 as a critical flop despite its innovative design, echoing the sentiment that many AI gadgets have not met expectations.</w:t>
      </w:r>
    </w:p>
    <w:p>
      <w:pPr>
        <w:pStyle w:val="ListBullet"/>
      </w:pPr>
      <w:hyperlink r:id="rId13">
        <w:r>
          <w:rPr>
            <w:u w:val="single"/>
            <w:color w:val="0000FF"/>
            <w:rStyle w:val="Hyperlink"/>
          </w:rPr>
          <w:t>https://www.youtube.com/watch?v=0MsLtAQaiDU</w:t>
        </w:r>
      </w:hyperlink>
      <w:r>
        <w:t xml:space="preserve"> - This YouTube video discusses the UX fails of the Rabbit R1 and another AI device, showing how these products have failed to deliver on their promises.</w:t>
      </w:r>
    </w:p>
    <w:p>
      <w:pPr>
        <w:pStyle w:val="ListBullet"/>
      </w:pPr>
      <w:hyperlink r:id="rId14">
        <w:r>
          <w:rPr>
            <w:u w:val="single"/>
            <w:color w:val="0000FF"/>
            <w:rStyle w:val="Hyperlink"/>
          </w:rPr>
          <w:t>https://www.gizmodo.com/rabbit-r1-review-a-half-baked-device-1849743027</w:t>
        </w:r>
      </w:hyperlink>
      <w:r>
        <w:t xml:space="preserve"> - This review from Gizmodo emphasizes the Rabbit R1's inability to deliver on its grand promises, aligning with the narrative of AI products not meeting expectations.</w:t>
      </w:r>
    </w:p>
    <w:p>
      <w:pPr>
        <w:pStyle w:val="ListBullet"/>
      </w:pPr>
      <w:hyperlink r:id="rId15">
        <w:r>
          <w:rPr>
            <w:u w:val="single"/>
            <w:color w:val="0000FF"/>
            <w:rStyle w:val="Hyperlink"/>
          </w:rPr>
          <w:t>https://www.engadget.com/rabbit-r1-review-199-ai-device-1849894491/</w:t>
        </w:r>
      </w:hyperlink>
      <w:r>
        <w:t xml:space="preserve"> - Engadget's review of the Rabbit R1 highlights its poor performance and limited capabilities, underscoring its failure as an AI device.</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museumoffailure.com/exhibition/rabbit-r1" TargetMode="External"/><Relationship Id="rId12" Type="http://schemas.openxmlformats.org/officeDocument/2006/relationships/hyperlink" Target="https://www.laptopmag.com/ai/rabbit-r1-2024-ai-year-in-review" TargetMode="External"/><Relationship Id="rId13" Type="http://schemas.openxmlformats.org/officeDocument/2006/relationships/hyperlink" Target="https://www.youtube.com/watch?v=0MsLtAQaiDU" TargetMode="External"/><Relationship Id="rId14" Type="http://schemas.openxmlformats.org/officeDocument/2006/relationships/hyperlink" Target="https://www.gizmodo.com/rabbit-r1-review-a-half-baked-device-1849743027" TargetMode="External"/><Relationship Id="rId15" Type="http://schemas.openxmlformats.org/officeDocument/2006/relationships/hyperlink" Target="https://www.engadget.com/rabbit-r1-review-199-ai-device-1849894491/"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